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FCD2" w14:textId="77777777" w:rsidR="00F0137D" w:rsidRDefault="003B34DB">
      <w:pPr>
        <w:spacing w:after="200"/>
        <w:jc w:val="center"/>
      </w:pPr>
      <w:r>
        <w:rPr>
          <w:noProof/>
        </w:rPr>
        <w:drawing>
          <wp:inline distT="0" distB="0" distL="0" distR="0" wp14:anchorId="43E62B91" wp14:editId="702241F9">
            <wp:extent cx="1512000" cy="1707097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692D6AF-E579-48BD-BBDD-F34EBDF800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70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BD2BE" w14:textId="56E4FF12" w:rsidR="00F0137D" w:rsidRPr="00321693" w:rsidRDefault="003B34DB">
      <w:pPr>
        <w:pStyle w:val="ProgramTitle"/>
        <w:spacing w:after="120"/>
        <w:jc w:val="center"/>
        <w:rPr>
          <w:lang w:val="es-ES"/>
        </w:rPr>
      </w:pPr>
      <w:r w:rsidRPr="00321693">
        <w:rPr>
          <w:lang w:val="es-ES"/>
        </w:rPr>
        <w:t>V SEMANA DE LA</w:t>
      </w:r>
      <w:r w:rsidR="00321693">
        <w:rPr>
          <w:lang w:val="es-ES"/>
        </w:rPr>
        <w:t xml:space="preserve"> </w:t>
      </w:r>
      <w:r w:rsidRPr="00321693">
        <w:rPr>
          <w:lang w:val="es-ES"/>
        </w:rPr>
        <w:t>CIRCULARIDAD</w:t>
      </w:r>
    </w:p>
    <w:p w14:paraId="57807D51" w14:textId="12414CE5" w:rsidR="00F0137D" w:rsidRPr="00321693" w:rsidRDefault="007C5B70">
      <w:pPr>
        <w:pStyle w:val="ProgramSubtitle"/>
        <w:spacing w:after="160"/>
        <w:jc w:val="center"/>
        <w:rPr>
          <w:lang w:val="es-ES"/>
        </w:rPr>
      </w:pPr>
      <w:r>
        <w:rPr>
          <w:lang w:val="es-ES"/>
        </w:rPr>
        <w:t>23</w:t>
      </w:r>
      <w:r w:rsidR="003B34DB" w:rsidRPr="00321693">
        <w:rPr>
          <w:lang w:val="es-ES"/>
        </w:rPr>
        <w:t>-2</w:t>
      </w:r>
      <w:r>
        <w:rPr>
          <w:lang w:val="es-ES"/>
        </w:rPr>
        <w:t>6</w:t>
      </w:r>
      <w:r w:rsidR="003B34DB" w:rsidRPr="00321693">
        <w:rPr>
          <w:lang w:val="es-ES"/>
        </w:rPr>
        <w:t xml:space="preserve"> DE NOVIEMBRE DE 2026</w:t>
      </w:r>
    </w:p>
    <w:p w14:paraId="77547266" w14:textId="188248EF" w:rsidR="00F0137D" w:rsidRDefault="003B34DB">
      <w:pPr>
        <w:spacing w:after="240"/>
        <w:jc w:val="center"/>
      </w:pPr>
      <w:r w:rsidRPr="00321693">
        <w:rPr>
          <w:b/>
          <w:sz w:val="19"/>
          <w:lang w:val="es-ES"/>
        </w:rPr>
        <w:t>Cátedra COGERSA de Economía Circular</w:t>
      </w:r>
      <w:r w:rsidR="00321693" w:rsidRPr="00321693">
        <w:rPr>
          <w:b/>
          <w:sz w:val="19"/>
          <w:lang w:val="es-ES"/>
        </w:rPr>
        <w:t xml:space="preserve">. </w:t>
      </w:r>
      <w:r>
        <w:rPr>
          <w:b/>
          <w:sz w:val="19"/>
        </w:rPr>
        <w:t>Universidad de Oviedo</w:t>
      </w:r>
    </w:p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F0137D" w:rsidRPr="002A7FE9" w14:paraId="2B0F1BDA" w14:textId="77777777">
        <w:trPr>
          <w:jc w:val="center"/>
        </w:trPr>
        <w:tc>
          <w:tcPr>
            <w:tcW w:w="9638" w:type="dxa"/>
            <w:tcBorders>
              <w:top w:val="single" w:sz="6" w:space="0" w:color="D7E1E3"/>
              <w:left w:val="nil"/>
              <w:bottom w:val="single" w:sz="6" w:space="0" w:color="D7E1E3"/>
              <w:right w:val="nil"/>
            </w:tcBorders>
            <w:shd w:val="clear" w:color="auto" w:fill="F1F6F6"/>
            <w:tcMar>
              <w:top w:w="170" w:type="dxa"/>
              <w:left w:w="220" w:type="dxa"/>
              <w:bottom w:w="160" w:type="dxa"/>
              <w:right w:w="220" w:type="dxa"/>
            </w:tcMar>
          </w:tcPr>
          <w:p w14:paraId="7DB5BB6C" w14:textId="77777777" w:rsidR="00F0137D" w:rsidRPr="00321693" w:rsidRDefault="003B34DB">
            <w:pPr>
              <w:jc w:val="center"/>
              <w:rPr>
                <w:lang w:val="es-ES"/>
              </w:rPr>
            </w:pPr>
            <w:r w:rsidRPr="00321693">
              <w:rPr>
                <w:b/>
                <w:color w:val="50A62C"/>
                <w:sz w:val="17"/>
                <w:lang w:val="es-ES"/>
              </w:rPr>
              <w:t>PROGRAMA</w:t>
            </w:r>
          </w:p>
          <w:p w14:paraId="3FE40E8D" w14:textId="1F32D56C" w:rsidR="00F0137D" w:rsidRPr="00321693" w:rsidRDefault="003B34DB">
            <w:pPr>
              <w:spacing w:after="0"/>
              <w:jc w:val="center"/>
              <w:rPr>
                <w:lang w:val="es-ES"/>
              </w:rPr>
            </w:pPr>
            <w:r w:rsidRPr="00321693">
              <w:rPr>
                <w:lang w:val="es-ES"/>
              </w:rPr>
              <w:t>C</w:t>
            </w:r>
            <w:r w:rsidR="00615A1E">
              <w:rPr>
                <w:lang w:val="es-ES"/>
              </w:rPr>
              <w:t>uatro</w:t>
            </w:r>
            <w:r w:rsidRPr="00321693">
              <w:rPr>
                <w:lang w:val="es-ES"/>
              </w:rPr>
              <w:t xml:space="preserve"> jornadas de encuentro </w:t>
            </w:r>
            <w:r w:rsidR="0056510E">
              <w:rPr>
                <w:lang w:val="es-ES"/>
              </w:rPr>
              <w:t>enfocadas</w:t>
            </w:r>
            <w:r w:rsidRPr="00321693">
              <w:rPr>
                <w:lang w:val="es-ES"/>
              </w:rPr>
              <w:t xml:space="preserve"> a la economía circular, la innovación, la construcción sostenible y la gestión de residuos.</w:t>
            </w:r>
          </w:p>
        </w:tc>
      </w:tr>
    </w:tbl>
    <w:p w14:paraId="7DAC51DC" w14:textId="77777777" w:rsidR="00F0137D" w:rsidRPr="00321693" w:rsidRDefault="003B34DB">
      <w:pPr>
        <w:spacing w:after="0" w:line="140" w:lineRule="exact"/>
        <w:rPr>
          <w:lang w:val="es-ES"/>
        </w:rPr>
      </w:pPr>
      <w:r w:rsidRPr="00321693">
        <w:rPr>
          <w:sz w:val="2"/>
          <w:lang w:val="es-ES"/>
        </w:rPr>
        <w:t xml:space="preserve"> </w:t>
      </w:r>
    </w:p>
    <w:p w14:paraId="56CD52B1" w14:textId="71F6E6D5" w:rsidR="00F0137D" w:rsidRDefault="00A05311">
      <w:pPr>
        <w:pStyle w:val="SmallCaps"/>
        <w:spacing w:after="120"/>
      </w:pPr>
      <w:proofErr w:type="spellStart"/>
      <w:r>
        <w:t>Resumen</w:t>
      </w:r>
      <w:proofErr w:type="spellEnd"/>
    </w:p>
    <w:tbl>
      <w:tblPr>
        <w:tblStyle w:val="TableNormal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3685"/>
      </w:tblGrid>
      <w:tr w:rsidR="00F0137D" w:rsidRPr="002A7FE9" w14:paraId="7A711940" w14:textId="77777777" w:rsidTr="007E7893">
        <w:trPr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DEA2E30" w14:textId="5B7C52A9" w:rsidR="00F0137D" w:rsidRDefault="003B34DB">
            <w:r>
              <w:rPr>
                <w:b/>
                <w:color w:val="2F5DA8"/>
                <w:sz w:val="17"/>
              </w:rPr>
              <w:t xml:space="preserve">LUN · </w:t>
            </w:r>
            <w:r w:rsidR="007C5B70">
              <w:rPr>
                <w:b/>
                <w:color w:val="2F5DA8"/>
                <w:sz w:val="17"/>
              </w:rPr>
              <w:t>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BFAB1C4" w14:textId="77777777" w:rsidR="00F0137D" w:rsidRDefault="003B34DB">
            <w:proofErr w:type="spellStart"/>
            <w:r>
              <w:rPr>
                <w:b/>
                <w:sz w:val="18"/>
              </w:rPr>
              <w:t>Inauguración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institucional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828D3D" w14:textId="2C2040F3" w:rsidR="00F0137D" w:rsidRPr="0056510E" w:rsidRDefault="003B34DB">
            <w:pPr>
              <w:jc w:val="right"/>
              <w:rPr>
                <w:lang w:val="es-ES"/>
              </w:rPr>
            </w:pPr>
            <w:r w:rsidRPr="0056510E">
              <w:rPr>
                <w:color w:val="5D6A72"/>
                <w:sz w:val="16"/>
                <w:lang w:val="es-ES"/>
              </w:rPr>
              <w:t>Oviedo · Edificio Histórico</w:t>
            </w:r>
            <w:r w:rsidR="0056510E" w:rsidRPr="0056510E">
              <w:rPr>
                <w:color w:val="5D6A72"/>
                <w:sz w:val="16"/>
                <w:lang w:val="es-ES"/>
              </w:rPr>
              <w:t>. Aula M</w:t>
            </w:r>
            <w:r w:rsidR="0056510E">
              <w:rPr>
                <w:color w:val="5D6A72"/>
                <w:sz w:val="16"/>
                <w:lang w:val="es-ES"/>
              </w:rPr>
              <w:t>agna</w:t>
            </w:r>
          </w:p>
        </w:tc>
      </w:tr>
      <w:tr w:rsidR="007C5B70" w:rsidRPr="003B5778" w14:paraId="2ABBA219" w14:textId="77777777" w:rsidTr="007E7893">
        <w:trPr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E2A003" w14:textId="56BF2083" w:rsidR="007C5B70" w:rsidRDefault="007C5B70" w:rsidP="007C5B70">
            <w:r>
              <w:rPr>
                <w:b/>
                <w:color w:val="2F5DA8"/>
                <w:sz w:val="17"/>
              </w:rPr>
              <w:t>MAR · 24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21855C" w14:textId="371ACA5D" w:rsidR="007C5B70" w:rsidRPr="00321693" w:rsidRDefault="007C5B70" w:rsidP="007C5B70">
            <w:pPr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t>Propuestas para un entorno construido sostenible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505CDF8" w14:textId="2FC94053" w:rsidR="007C5B70" w:rsidRPr="00321693" w:rsidRDefault="007C5B70" w:rsidP="007C5B70">
            <w:pPr>
              <w:jc w:val="right"/>
              <w:rPr>
                <w:lang w:val="es-ES"/>
              </w:rPr>
            </w:pPr>
            <w:r>
              <w:rPr>
                <w:color w:val="5D6A72"/>
                <w:sz w:val="16"/>
              </w:rPr>
              <w:t>Mieres. Escuela Politécnica</w:t>
            </w:r>
          </w:p>
        </w:tc>
      </w:tr>
      <w:tr w:rsidR="00F0137D" w:rsidRPr="002A7FE9" w14:paraId="47AD9DB6" w14:textId="77777777" w:rsidTr="007E7893">
        <w:trPr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B466E59" w14:textId="6BBCCE1C" w:rsidR="00F0137D" w:rsidRDefault="003B34DB">
            <w:r>
              <w:rPr>
                <w:b/>
                <w:color w:val="2F5DA8"/>
                <w:sz w:val="17"/>
              </w:rPr>
              <w:t xml:space="preserve">MIÉ · </w:t>
            </w:r>
            <w:r w:rsidR="007C5B70">
              <w:rPr>
                <w:b/>
                <w:color w:val="2F5DA8"/>
                <w:sz w:val="17"/>
              </w:rPr>
              <w:t>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04414B" w14:textId="77777777" w:rsidR="00F0137D" w:rsidRPr="00321693" w:rsidRDefault="003B34DB">
            <w:pPr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t>Áridos reciclados: normativa y aplicación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49C8EB" w14:textId="0E12FF62" w:rsidR="00F0137D" w:rsidRPr="00321693" w:rsidRDefault="003B34DB">
            <w:pPr>
              <w:jc w:val="right"/>
              <w:rPr>
                <w:lang w:val="es-ES"/>
              </w:rPr>
            </w:pPr>
            <w:r w:rsidRPr="00321693">
              <w:rPr>
                <w:color w:val="5D6A72"/>
                <w:sz w:val="16"/>
                <w:lang w:val="es-ES"/>
              </w:rPr>
              <w:t>Gijón</w:t>
            </w:r>
            <w:r w:rsidR="0085022B">
              <w:rPr>
                <w:color w:val="5D6A72"/>
                <w:sz w:val="16"/>
                <w:lang w:val="es-ES"/>
              </w:rPr>
              <w:t xml:space="preserve"> </w:t>
            </w:r>
            <w:r w:rsidR="007E7893">
              <w:rPr>
                <w:color w:val="5D6A72"/>
                <w:sz w:val="16"/>
                <w:lang w:val="es-ES"/>
              </w:rPr>
              <w:t>Escuela Politécnica de Ingeniería</w:t>
            </w:r>
          </w:p>
        </w:tc>
      </w:tr>
      <w:tr w:rsidR="007C5B70" w14:paraId="5BD87D5C" w14:textId="77777777" w:rsidTr="007E7893">
        <w:trPr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882DC0" w14:textId="115DB22C" w:rsidR="007C5B70" w:rsidRDefault="007C5B70" w:rsidP="007C5B70">
            <w:r>
              <w:rPr>
                <w:b/>
                <w:color w:val="2F5DA8"/>
                <w:sz w:val="17"/>
              </w:rPr>
              <w:t>JUE · 26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500867" w14:textId="3ECE5E57" w:rsidR="007C5B70" w:rsidRPr="00321693" w:rsidRDefault="007C5B70" w:rsidP="007C5B70">
            <w:pPr>
              <w:rPr>
                <w:lang w:val="es-ES"/>
              </w:rPr>
            </w:pPr>
            <w:proofErr w:type="spellStart"/>
            <w:r>
              <w:rPr>
                <w:b/>
                <w:sz w:val="18"/>
              </w:rPr>
              <w:t>Premios</w:t>
            </w:r>
            <w:proofErr w:type="spellEnd"/>
            <w:r>
              <w:rPr>
                <w:b/>
                <w:sz w:val="18"/>
              </w:rPr>
              <w:t xml:space="preserve"> y </w:t>
            </w:r>
            <w:proofErr w:type="spellStart"/>
            <w:r>
              <w:rPr>
                <w:b/>
                <w:sz w:val="18"/>
              </w:rPr>
              <w:t>clausura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institucional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5F0F3D" w14:textId="19ADA031" w:rsidR="007C5B70" w:rsidRDefault="007C5B70" w:rsidP="007C5B70">
            <w:pPr>
              <w:jc w:val="right"/>
            </w:pPr>
            <w:r>
              <w:rPr>
                <w:color w:val="5D6A72"/>
                <w:sz w:val="16"/>
              </w:rPr>
              <w:t>Mieres · Escuela Politécnica</w:t>
            </w:r>
          </w:p>
        </w:tc>
      </w:tr>
    </w:tbl>
    <w:p w14:paraId="4FA1B191" w14:textId="77777777" w:rsidR="00F0137D" w:rsidRDefault="003B34DB">
      <w:pPr>
        <w:spacing w:after="0" w:line="120" w:lineRule="exact"/>
      </w:pPr>
      <w:r>
        <w:rPr>
          <w:sz w:val="2"/>
        </w:rPr>
        <w:t xml:space="preserve"> </w:t>
      </w:r>
    </w:p>
    <w:p w14:paraId="0925EABC" w14:textId="0CDF66DC" w:rsidR="00F0137D" w:rsidRDefault="00F0137D">
      <w:pPr>
        <w:jc w:val="center"/>
      </w:pPr>
    </w:p>
    <w:p w14:paraId="0EAAE6B9" w14:textId="77777777" w:rsidR="00F0137D" w:rsidRDefault="00F0137D">
      <w:pPr>
        <w:sectPr w:rsidR="00F0137D" w:rsidSect="00034616">
          <w:headerReference w:type="default" r:id="rId9"/>
          <w:footerReference w:type="default" r:id="rId10"/>
          <w:pgSz w:w="11906" w:h="16838"/>
          <w:pgMar w:top="879" w:right="1134" w:bottom="879" w:left="1134" w:header="312" w:footer="312" w:gutter="0"/>
          <w:cols w:space="720"/>
          <w:titlePg/>
          <w:docGrid w:linePitch="360"/>
        </w:sectPr>
      </w:pPr>
    </w:p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648"/>
        <w:gridCol w:w="2892"/>
        <w:gridCol w:w="50"/>
      </w:tblGrid>
      <w:tr w:rsidR="00F0137D" w14:paraId="57C501D9" w14:textId="77777777">
        <w:trPr>
          <w:gridAfter w:val="1"/>
          <w:wAfter w:w="50" w:type="dxa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2F5DA8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4D61F211" w14:textId="77777777" w:rsidR="00F0137D" w:rsidRDefault="003B34DB">
            <w:r>
              <w:rPr>
                <w:b/>
                <w:color w:val="FFFFFF"/>
                <w:sz w:val="27"/>
              </w:rPr>
              <w:lastRenderedPageBreak/>
              <w:t>LUNES</w:t>
            </w:r>
          </w:p>
        </w:tc>
        <w:tc>
          <w:tcPr>
            <w:tcW w:w="7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F5DA8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41904C1E" w14:textId="42A7D5CE" w:rsidR="00F0137D" w:rsidRDefault="00693EDF">
            <w:pPr>
              <w:jc w:val="right"/>
            </w:pPr>
            <w:r>
              <w:rPr>
                <w:b/>
                <w:color w:val="FFFFFF"/>
                <w:sz w:val="21"/>
              </w:rPr>
              <w:t>2</w:t>
            </w:r>
            <w:r w:rsidR="002879C1">
              <w:rPr>
                <w:b/>
                <w:color w:val="FFFFFF"/>
                <w:sz w:val="21"/>
              </w:rPr>
              <w:t>3</w:t>
            </w:r>
            <w:r w:rsidR="003B34DB">
              <w:rPr>
                <w:b/>
                <w:color w:val="FFFFFF"/>
                <w:sz w:val="21"/>
              </w:rPr>
              <w:t xml:space="preserve"> DE NOVIEMBRE</w:t>
            </w:r>
          </w:p>
        </w:tc>
      </w:tr>
      <w:tr w:rsidR="00F0137D" w:rsidRPr="00547CDC" w14:paraId="412B7EC7" w14:textId="77777777">
        <w:trPr>
          <w:jc w:val="center"/>
        </w:trPr>
        <w:tc>
          <w:tcPr>
            <w:tcW w:w="7029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E4D1B3" w14:textId="132B70D9" w:rsidR="00F0137D" w:rsidRPr="00547CDC" w:rsidRDefault="003B34DB" w:rsidP="00A05311">
            <w:pPr>
              <w:spacing w:after="0"/>
              <w:rPr>
                <w:color w:val="auto"/>
                <w:lang w:val="es-ES"/>
              </w:rPr>
            </w:pPr>
            <w:r w:rsidRPr="00547CDC">
              <w:rPr>
                <w:b/>
                <w:color w:val="auto"/>
                <w:sz w:val="16"/>
                <w:lang w:val="es-ES"/>
              </w:rPr>
              <w:t>LUGAR</w:t>
            </w:r>
            <w:r w:rsidR="002D35D3" w:rsidRPr="00547CDC">
              <w:rPr>
                <w:b/>
                <w:color w:val="auto"/>
                <w:sz w:val="16"/>
                <w:lang w:val="es-ES"/>
              </w:rPr>
              <w:t>:</w:t>
            </w:r>
            <w:r w:rsidR="007E7893" w:rsidRPr="00547CDC">
              <w:rPr>
                <w:b/>
                <w:color w:val="auto"/>
                <w:sz w:val="16"/>
                <w:lang w:val="es-ES"/>
              </w:rPr>
              <w:t xml:space="preserve"> </w:t>
            </w:r>
            <w:r w:rsidRPr="00547CDC">
              <w:rPr>
                <w:color w:val="auto"/>
                <w:sz w:val="18"/>
                <w:lang w:val="es-ES"/>
              </w:rPr>
              <w:t>Aula Magna del Edificio Histórico de la Universidad de Oviedo</w:t>
            </w:r>
          </w:p>
        </w:tc>
        <w:tc>
          <w:tcPr>
            <w:tcW w:w="2891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4DA122" w14:textId="17B64ECE" w:rsidR="00F0137D" w:rsidRPr="00547CDC" w:rsidRDefault="006E6ED0" w:rsidP="00A05311">
            <w:pPr>
              <w:spacing w:after="0"/>
              <w:jc w:val="right"/>
              <w:rPr>
                <w:color w:val="auto"/>
                <w:lang w:val="es-ES"/>
              </w:rPr>
            </w:pPr>
            <w:r w:rsidRPr="00547CDC">
              <w:rPr>
                <w:b/>
                <w:color w:val="auto"/>
                <w:sz w:val="16"/>
              </w:rPr>
              <w:t>HORARIO</w:t>
            </w:r>
            <w:r w:rsidR="00547CDC" w:rsidRPr="00547CDC">
              <w:rPr>
                <w:b/>
                <w:color w:val="auto"/>
                <w:sz w:val="16"/>
              </w:rPr>
              <w:t xml:space="preserve">: </w:t>
            </w:r>
            <w:r w:rsidRPr="00547CDC">
              <w:rPr>
                <w:b/>
                <w:color w:val="auto"/>
                <w:sz w:val="18"/>
              </w:rPr>
              <w:t>1</w:t>
            </w:r>
            <w:r w:rsidR="003C72C3">
              <w:rPr>
                <w:b/>
                <w:color w:val="auto"/>
                <w:sz w:val="18"/>
              </w:rPr>
              <w:t>1</w:t>
            </w:r>
            <w:r w:rsidRPr="00547CDC">
              <w:rPr>
                <w:b/>
                <w:color w:val="auto"/>
                <w:sz w:val="18"/>
              </w:rPr>
              <w:t>-1</w:t>
            </w:r>
            <w:r w:rsidR="003C72C3">
              <w:rPr>
                <w:b/>
                <w:color w:val="auto"/>
                <w:sz w:val="18"/>
              </w:rPr>
              <w:t>3</w:t>
            </w:r>
            <w:r w:rsidRPr="00547CDC">
              <w:rPr>
                <w:b/>
                <w:color w:val="auto"/>
                <w:sz w:val="18"/>
              </w:rPr>
              <w:t xml:space="preserve"> h</w:t>
            </w:r>
          </w:p>
        </w:tc>
      </w:tr>
    </w:tbl>
    <w:p w14:paraId="3CAB6193" w14:textId="77777777" w:rsidR="00F0137D" w:rsidRPr="00321693" w:rsidRDefault="003B34DB" w:rsidP="00A05311">
      <w:pPr>
        <w:spacing w:after="0" w:line="60" w:lineRule="exact"/>
        <w:rPr>
          <w:lang w:val="es-ES"/>
        </w:rPr>
      </w:pPr>
      <w:r w:rsidRPr="00321693">
        <w:rPr>
          <w:sz w:val="2"/>
          <w:lang w:val="es-ES"/>
        </w:rPr>
        <w:t xml:space="preserve"> </w:t>
      </w:r>
    </w:p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648"/>
        <w:gridCol w:w="2892"/>
        <w:gridCol w:w="50"/>
      </w:tblGrid>
      <w:tr w:rsidR="004E240D" w:rsidRPr="002A7FE9" w14:paraId="6F9E3DE8" w14:textId="77777777" w:rsidTr="003515BC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2A48D9BC" w14:textId="77777777" w:rsidR="004E240D" w:rsidRPr="00321693" w:rsidRDefault="004E240D" w:rsidP="00A05311">
            <w:pPr>
              <w:pStyle w:val="SessionTitle"/>
              <w:jc w:val="both"/>
              <w:rPr>
                <w:lang w:val="es-ES"/>
              </w:rPr>
            </w:pPr>
            <w:r w:rsidRPr="00321693">
              <w:rPr>
                <w:lang w:val="es-ES"/>
              </w:rPr>
              <w:t>Inauguración institucional</w:t>
            </w:r>
          </w:p>
          <w:p w14:paraId="47D5C974" w14:textId="7DEB4E9A" w:rsidR="004E240D" w:rsidRPr="00321693" w:rsidRDefault="004E240D" w:rsidP="00A05311">
            <w:pPr>
              <w:spacing w:after="0" w:line="254" w:lineRule="auto"/>
              <w:jc w:val="both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Acto de apertura con la participación de</w:t>
            </w:r>
            <w:r w:rsidR="008D0CFE">
              <w:rPr>
                <w:sz w:val="19"/>
                <w:lang w:val="es-ES"/>
              </w:rPr>
              <w:t xml:space="preserve"> la Vicerrectora</w:t>
            </w:r>
            <w:r w:rsidRPr="00321693">
              <w:rPr>
                <w:sz w:val="19"/>
                <w:lang w:val="es-ES"/>
              </w:rPr>
              <w:t xml:space="preserve"> </w:t>
            </w:r>
            <w:r w:rsidR="001F5AE7" w:rsidRPr="001F5AE7">
              <w:rPr>
                <w:sz w:val="19"/>
                <w:lang w:val="es-ES"/>
              </w:rPr>
              <w:t>de Transferencia y Relaciones con la Empresa</w:t>
            </w:r>
            <w:r w:rsidRPr="00321693">
              <w:rPr>
                <w:sz w:val="19"/>
                <w:lang w:val="es-ES"/>
              </w:rPr>
              <w:t xml:space="preserve"> de la Universidad de Oviedo, el consejero de Movilidad, Medio Ambiente y Gestión de Emergencias, el comisionado para la Economía Circular</w:t>
            </w:r>
            <w:r w:rsidR="00C808BA">
              <w:rPr>
                <w:sz w:val="19"/>
                <w:lang w:val="es-ES"/>
              </w:rPr>
              <w:t xml:space="preserve"> del </w:t>
            </w:r>
            <w:r w:rsidR="00C808BA" w:rsidRPr="00C808BA">
              <w:rPr>
                <w:sz w:val="19"/>
                <w:lang w:val="es-ES"/>
              </w:rPr>
              <w:t>Ministerio para la Transición Ecológica</w:t>
            </w:r>
            <w:r w:rsidRPr="00321693">
              <w:rPr>
                <w:sz w:val="19"/>
                <w:lang w:val="es-ES"/>
              </w:rPr>
              <w:t>, el concejal de Medio Ambiente del Ayuntamiento de Oviedo y la gerente de COGERSA.</w:t>
            </w:r>
          </w:p>
        </w:tc>
      </w:tr>
      <w:tr w:rsidR="004E240D" w:rsidRPr="002A7FE9" w14:paraId="70104460" w14:textId="77777777" w:rsidTr="003515BC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080CEB82" w14:textId="4F479EEC" w:rsidR="004E240D" w:rsidRPr="00321693" w:rsidRDefault="004E240D" w:rsidP="00A05311">
            <w:pPr>
              <w:pStyle w:val="SessionTitle"/>
              <w:jc w:val="both"/>
              <w:rPr>
                <w:lang w:val="es-ES"/>
              </w:rPr>
            </w:pPr>
            <w:r>
              <w:rPr>
                <w:lang w:val="es-ES"/>
              </w:rPr>
              <w:t>Conferencia inaugural</w:t>
            </w:r>
            <w:r w:rsidR="00BD23CE">
              <w:rPr>
                <w:lang w:val="es-ES"/>
              </w:rPr>
              <w:t xml:space="preserve"> </w:t>
            </w:r>
            <w:r w:rsidRPr="00321693">
              <w:rPr>
                <w:lang w:val="es-ES"/>
              </w:rPr>
              <w:t>«Economía circular en España: retos y oportunidades»</w:t>
            </w:r>
          </w:p>
          <w:p w14:paraId="72B3A00F" w14:textId="77777777" w:rsidR="004E240D" w:rsidRPr="00321693" w:rsidRDefault="004E240D" w:rsidP="00A05311">
            <w:pPr>
              <w:spacing w:after="0" w:line="254" w:lineRule="auto"/>
              <w:jc w:val="both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Intervención a cargo de D. Alejandro Dorado Nájera, comisionado para la Economía Circular del Ministerio para la Transición Ecológica.</w:t>
            </w:r>
          </w:p>
        </w:tc>
      </w:tr>
      <w:tr w:rsidR="004E240D" w:rsidRPr="002A7FE9" w14:paraId="296F16D2" w14:textId="77777777" w:rsidTr="003515BC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3DCB41BD" w14:textId="0603B87E" w:rsidR="004E240D" w:rsidRPr="00321693" w:rsidRDefault="004E240D" w:rsidP="00A05311">
            <w:pPr>
              <w:pStyle w:val="SessionTitle"/>
              <w:jc w:val="both"/>
              <w:rPr>
                <w:lang w:val="es-ES"/>
              </w:rPr>
            </w:pPr>
            <w:r w:rsidRPr="00321693">
              <w:rPr>
                <w:lang w:val="es-ES"/>
              </w:rPr>
              <w:t>Mesa redonda</w:t>
            </w:r>
          </w:p>
          <w:p w14:paraId="39A5D1D1" w14:textId="337C5A82" w:rsidR="004E240D" w:rsidRPr="00321693" w:rsidRDefault="004E240D" w:rsidP="00A05311">
            <w:pPr>
              <w:spacing w:after="0" w:line="254" w:lineRule="auto"/>
              <w:jc w:val="both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 xml:space="preserve">Con la participación de </w:t>
            </w:r>
            <w:r w:rsidR="002316ED">
              <w:rPr>
                <w:sz w:val="19"/>
                <w:lang w:val="es-ES"/>
              </w:rPr>
              <w:t>representantes de</w:t>
            </w:r>
            <w:r w:rsidR="009F5E3A">
              <w:rPr>
                <w:sz w:val="19"/>
                <w:lang w:val="es-ES"/>
              </w:rPr>
              <w:t xml:space="preserve"> </w:t>
            </w:r>
            <w:proofErr w:type="spellStart"/>
            <w:r w:rsidR="009F5E3A">
              <w:rPr>
                <w:sz w:val="19"/>
                <w:lang w:val="es-ES"/>
              </w:rPr>
              <w:t>Cogersa</w:t>
            </w:r>
            <w:proofErr w:type="spellEnd"/>
            <w:r w:rsidR="009F5E3A">
              <w:rPr>
                <w:sz w:val="19"/>
                <w:lang w:val="es-ES"/>
              </w:rPr>
              <w:t>, de la Administración regional</w:t>
            </w:r>
            <w:r w:rsidR="002E06AD">
              <w:rPr>
                <w:sz w:val="19"/>
                <w:lang w:val="es-ES"/>
              </w:rPr>
              <w:t>, de empresas y de la Universidad</w:t>
            </w:r>
            <w:r w:rsidRPr="00321693">
              <w:rPr>
                <w:sz w:val="19"/>
                <w:lang w:val="es-ES"/>
              </w:rPr>
              <w:t>.</w:t>
            </w:r>
          </w:p>
        </w:tc>
      </w:tr>
      <w:tr w:rsidR="004E240D" w:rsidRPr="002A7FE9" w14:paraId="7E6CF19B" w14:textId="77777777" w:rsidTr="003515BC">
        <w:trPr>
          <w:gridAfter w:val="1"/>
          <w:wAfter w:w="50" w:type="dxa"/>
          <w:jc w:val="center"/>
        </w:trPr>
        <w:tc>
          <w:tcPr>
            <w:tcW w:w="9921" w:type="dxa"/>
            <w:gridSpan w:val="3"/>
            <w:tcBorders>
              <w:top w:val="nil"/>
              <w:left w:val="single" w:sz="26" w:space="0" w:color="50A62C"/>
              <w:bottom w:val="nil"/>
              <w:right w:val="nil"/>
            </w:tcBorders>
            <w:shd w:val="clear" w:color="auto" w:fill="F3F8F0"/>
            <w:tcMar>
              <w:top w:w="90" w:type="dxa"/>
              <w:left w:w="170" w:type="dxa"/>
              <w:bottom w:w="90" w:type="dxa"/>
              <w:right w:w="130" w:type="dxa"/>
            </w:tcMar>
            <w:vAlign w:val="bottom"/>
          </w:tcPr>
          <w:p w14:paraId="25CB2C3D" w14:textId="37863D72" w:rsidR="004E240D" w:rsidRPr="00321693" w:rsidRDefault="004E240D" w:rsidP="00A05311">
            <w:pPr>
              <w:spacing w:after="0" w:line="240" w:lineRule="auto"/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t xml:space="preserve">Al finalizar el acto se ofrecerá un </w:t>
            </w:r>
            <w:r w:rsidR="003C72C3">
              <w:rPr>
                <w:b/>
                <w:sz w:val="18"/>
                <w:lang w:val="es-ES"/>
              </w:rPr>
              <w:t>vino español</w:t>
            </w:r>
            <w:r w:rsidRPr="00321693">
              <w:rPr>
                <w:b/>
                <w:sz w:val="18"/>
                <w:lang w:val="es-ES"/>
              </w:rPr>
              <w:t xml:space="preserve"> a los asistentes.</w:t>
            </w:r>
          </w:p>
        </w:tc>
      </w:tr>
      <w:tr w:rsidR="00F0137D" w14:paraId="66110326" w14:textId="77777777">
        <w:trPr>
          <w:gridAfter w:val="1"/>
          <w:wAfter w:w="50" w:type="dxa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69C2C4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55288345" w14:textId="77777777" w:rsidR="00F0137D" w:rsidRDefault="003B34DB">
            <w:r>
              <w:rPr>
                <w:b/>
                <w:color w:val="FFFFFF"/>
                <w:sz w:val="27"/>
              </w:rPr>
              <w:t>MARTES</w:t>
            </w:r>
          </w:p>
        </w:tc>
        <w:tc>
          <w:tcPr>
            <w:tcW w:w="7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9C2C4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0E40C6A3" w14:textId="1F583F4A" w:rsidR="00F0137D" w:rsidRDefault="00C11FD5">
            <w:pPr>
              <w:jc w:val="right"/>
            </w:pPr>
            <w:r>
              <w:rPr>
                <w:b/>
                <w:color w:val="FFFFFF"/>
                <w:sz w:val="21"/>
              </w:rPr>
              <w:t>2</w:t>
            </w:r>
            <w:r w:rsidR="005255A0">
              <w:rPr>
                <w:b/>
                <w:color w:val="FFFFFF"/>
                <w:sz w:val="21"/>
              </w:rPr>
              <w:t>4</w:t>
            </w:r>
            <w:r w:rsidR="003B34DB">
              <w:rPr>
                <w:b/>
                <w:color w:val="FFFFFF"/>
                <w:sz w:val="21"/>
              </w:rPr>
              <w:t xml:space="preserve"> DE NOVIEMBRE</w:t>
            </w:r>
          </w:p>
        </w:tc>
      </w:tr>
      <w:tr w:rsidR="00F0137D" w:rsidRPr="00547CDC" w14:paraId="13F78DD6" w14:textId="77777777" w:rsidTr="00727497">
        <w:trPr>
          <w:jc w:val="center"/>
        </w:trPr>
        <w:tc>
          <w:tcPr>
            <w:tcW w:w="7029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2C1E4" w14:textId="5657D4BC" w:rsidR="00F0137D" w:rsidRPr="00547CDC" w:rsidRDefault="003B34DB" w:rsidP="00BD23CE">
            <w:pPr>
              <w:spacing w:after="0"/>
              <w:rPr>
                <w:color w:val="auto"/>
                <w:lang w:val="es-ES"/>
              </w:rPr>
            </w:pPr>
            <w:r w:rsidRPr="00547CDC">
              <w:rPr>
                <w:b/>
                <w:color w:val="auto"/>
                <w:sz w:val="16"/>
                <w:lang w:val="es-ES"/>
              </w:rPr>
              <w:t>LUGAR</w:t>
            </w:r>
            <w:r w:rsidR="002D35D3" w:rsidRPr="00547CDC">
              <w:rPr>
                <w:b/>
                <w:color w:val="auto"/>
                <w:sz w:val="16"/>
                <w:lang w:val="es-ES"/>
              </w:rPr>
              <w:t xml:space="preserve">: </w:t>
            </w:r>
            <w:r w:rsidR="003B5DF5" w:rsidRPr="00547CDC">
              <w:rPr>
                <w:color w:val="auto"/>
                <w:sz w:val="18"/>
                <w:lang w:val="es-ES"/>
              </w:rPr>
              <w:t>Escuela Politécnica de Mieres. Edificio de Investigación</w:t>
            </w:r>
            <w:r w:rsidR="003B5DF5">
              <w:rPr>
                <w:color w:val="auto"/>
                <w:sz w:val="18"/>
                <w:lang w:val="es-ES"/>
              </w:rPr>
              <w:t xml:space="preserve">, </w:t>
            </w:r>
            <w:r w:rsidR="003B5DF5" w:rsidRPr="00547CDC">
              <w:rPr>
                <w:color w:val="auto"/>
                <w:sz w:val="18"/>
                <w:lang w:val="es-ES"/>
              </w:rPr>
              <w:t>Salón de Actos</w:t>
            </w:r>
          </w:p>
        </w:tc>
        <w:tc>
          <w:tcPr>
            <w:tcW w:w="2942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50FB0" w14:textId="67E7BDA9" w:rsidR="00F0137D" w:rsidRPr="00547CDC" w:rsidRDefault="003B34DB" w:rsidP="00BD23CE">
            <w:pPr>
              <w:spacing w:after="0"/>
              <w:jc w:val="right"/>
              <w:rPr>
                <w:color w:val="auto"/>
              </w:rPr>
            </w:pPr>
            <w:r w:rsidRPr="00547CDC">
              <w:rPr>
                <w:b/>
                <w:color w:val="auto"/>
                <w:sz w:val="16"/>
              </w:rPr>
              <w:t>HORARIO</w:t>
            </w:r>
            <w:r w:rsidR="00547CDC" w:rsidRPr="00547CDC">
              <w:rPr>
                <w:b/>
                <w:color w:val="auto"/>
                <w:sz w:val="16"/>
              </w:rPr>
              <w:t xml:space="preserve">: </w:t>
            </w:r>
            <w:r w:rsidRPr="00547CDC">
              <w:rPr>
                <w:b/>
                <w:color w:val="auto"/>
                <w:sz w:val="18"/>
              </w:rPr>
              <w:t>1</w:t>
            </w:r>
            <w:r w:rsidR="00882672">
              <w:rPr>
                <w:b/>
                <w:color w:val="auto"/>
                <w:sz w:val="18"/>
              </w:rPr>
              <w:t>2</w:t>
            </w:r>
            <w:r w:rsidRPr="00547CDC">
              <w:rPr>
                <w:b/>
                <w:color w:val="auto"/>
                <w:sz w:val="18"/>
              </w:rPr>
              <w:t>-1</w:t>
            </w:r>
            <w:r w:rsidR="00882672">
              <w:rPr>
                <w:b/>
                <w:color w:val="auto"/>
                <w:sz w:val="18"/>
              </w:rPr>
              <w:t>3</w:t>
            </w:r>
            <w:r w:rsidRPr="00547CDC">
              <w:rPr>
                <w:b/>
                <w:color w:val="auto"/>
                <w:sz w:val="18"/>
              </w:rPr>
              <w:t>:30 h</w:t>
            </w:r>
          </w:p>
        </w:tc>
      </w:tr>
    </w:tbl>
    <w:p w14:paraId="1B08F561" w14:textId="77777777" w:rsidR="00F0137D" w:rsidRDefault="003B34DB" w:rsidP="00BD23CE">
      <w:pPr>
        <w:spacing w:after="0" w:line="60" w:lineRule="exact"/>
      </w:pPr>
      <w:r>
        <w:rPr>
          <w:sz w:val="2"/>
        </w:rPr>
        <w:t xml:space="preserve"> </w:t>
      </w:r>
    </w:p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648"/>
        <w:gridCol w:w="2892"/>
        <w:gridCol w:w="50"/>
      </w:tblGrid>
      <w:tr w:rsidR="00740C75" w:rsidRPr="002A7FE9" w14:paraId="75DE57CC" w14:textId="77777777" w:rsidTr="00B40B40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407DFFD2" w14:textId="77777777" w:rsidR="00740C75" w:rsidRPr="00321693" w:rsidRDefault="00740C75" w:rsidP="00B40B40">
            <w:pPr>
              <w:pStyle w:val="SessionTitle"/>
              <w:rPr>
                <w:lang w:val="es-ES"/>
              </w:rPr>
            </w:pPr>
            <w:r w:rsidRPr="00321693">
              <w:rPr>
                <w:lang w:val="es-ES"/>
              </w:rPr>
              <w:t>«Propuestas para un entorno construido sostenible»</w:t>
            </w:r>
          </w:p>
          <w:p w14:paraId="3CCBEA0A" w14:textId="1EFB9234" w:rsidR="00740C75" w:rsidRPr="00321693" w:rsidRDefault="00740C75" w:rsidP="00B40B40">
            <w:pPr>
              <w:spacing w:after="0" w:line="254" w:lineRule="auto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 xml:space="preserve">Conferencia impartida por D. Daniel Castro Fresno, </w:t>
            </w:r>
            <w:r w:rsidR="009C1A0D">
              <w:rPr>
                <w:sz w:val="19"/>
                <w:lang w:val="es-ES"/>
              </w:rPr>
              <w:t>C</w:t>
            </w:r>
            <w:r w:rsidRPr="00321693">
              <w:rPr>
                <w:sz w:val="19"/>
                <w:lang w:val="es-ES"/>
              </w:rPr>
              <w:t>atedrático de la Universidad de Cantabria.</w:t>
            </w:r>
          </w:p>
        </w:tc>
      </w:tr>
      <w:tr w:rsidR="00740C75" w:rsidRPr="002A7FE9" w14:paraId="0BBF6F50" w14:textId="77777777" w:rsidTr="00B40B40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6DDB28F7" w14:textId="77777777" w:rsidR="00740C75" w:rsidRPr="007E0AF5" w:rsidRDefault="00740C75" w:rsidP="00B40B40">
            <w:pPr>
              <w:spacing w:after="0"/>
              <w:jc w:val="both"/>
              <w:rPr>
                <w:b/>
                <w:bCs/>
                <w:sz w:val="24"/>
                <w:szCs w:val="24"/>
                <w:lang w:val="es-ES"/>
              </w:rPr>
            </w:pPr>
            <w:r w:rsidRPr="007E0AF5">
              <w:rPr>
                <w:b/>
                <w:bCs/>
                <w:sz w:val="24"/>
                <w:szCs w:val="24"/>
                <w:lang w:val="es-ES"/>
              </w:rPr>
              <w:t>Presentaciones de los trabajos realizados por los alumnos beneficiarios de las becas de la Cátedra durante el curso 2025-26.</w:t>
            </w:r>
          </w:p>
        </w:tc>
      </w:tr>
      <w:tr w:rsidR="00740C75" w:rsidRPr="002A7FE9" w14:paraId="42A16BB4" w14:textId="77777777" w:rsidTr="00B40B40">
        <w:trPr>
          <w:jc w:val="center"/>
        </w:trPr>
        <w:tc>
          <w:tcPr>
            <w:tcW w:w="9971" w:type="dxa"/>
            <w:gridSpan w:val="4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4A1E12F9" w14:textId="77777777" w:rsidR="00740C75" w:rsidRPr="00321693" w:rsidRDefault="00740C75" w:rsidP="00B40B40">
            <w:pPr>
              <w:pStyle w:val="SessionTitle"/>
              <w:rPr>
                <w:lang w:val="es-ES"/>
              </w:rPr>
            </w:pPr>
            <w:r>
              <w:rPr>
                <w:lang w:val="es-ES"/>
              </w:rPr>
              <w:t xml:space="preserve">Durante la jornada: </w:t>
            </w:r>
            <w:r w:rsidRPr="00321693">
              <w:rPr>
                <w:lang w:val="es-ES"/>
              </w:rPr>
              <w:t>Exposición itinerante de la Cátedra</w:t>
            </w:r>
          </w:p>
          <w:p w14:paraId="7ECABC29" w14:textId="77777777" w:rsidR="00740C75" w:rsidRPr="00321693" w:rsidRDefault="00740C75" w:rsidP="00B40B40">
            <w:pPr>
              <w:spacing w:after="0" w:line="254" w:lineRule="auto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Exposición itinerante de la Cátedra COGERSA de Economía Circular.</w:t>
            </w:r>
          </w:p>
        </w:tc>
      </w:tr>
      <w:tr w:rsidR="00740C75" w:rsidRPr="002A7FE9" w14:paraId="31F1E63F" w14:textId="77777777" w:rsidTr="00B40B40">
        <w:trPr>
          <w:gridAfter w:val="1"/>
          <w:wAfter w:w="50" w:type="dxa"/>
          <w:jc w:val="center"/>
        </w:trPr>
        <w:tc>
          <w:tcPr>
            <w:tcW w:w="9921" w:type="dxa"/>
            <w:gridSpan w:val="3"/>
            <w:tcBorders>
              <w:top w:val="nil"/>
              <w:left w:val="single" w:sz="26" w:space="0" w:color="50A62C"/>
              <w:bottom w:val="nil"/>
              <w:right w:val="nil"/>
            </w:tcBorders>
            <w:shd w:val="clear" w:color="auto" w:fill="F3F8F0"/>
            <w:tcMar>
              <w:top w:w="90" w:type="dxa"/>
              <w:left w:w="170" w:type="dxa"/>
              <w:bottom w:w="90" w:type="dxa"/>
              <w:right w:w="130" w:type="dxa"/>
            </w:tcMar>
            <w:vAlign w:val="center"/>
          </w:tcPr>
          <w:p w14:paraId="45ADA724" w14:textId="77777777" w:rsidR="00740C75" w:rsidRPr="00321693" w:rsidRDefault="00740C75" w:rsidP="00B40B40">
            <w:pPr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t>Al finalizar el acto se ofrecerá un vino español a los asistentes.</w:t>
            </w:r>
          </w:p>
        </w:tc>
      </w:tr>
      <w:tr w:rsidR="00F0137D" w14:paraId="2A04A23A" w14:textId="77777777">
        <w:trPr>
          <w:gridAfter w:val="1"/>
          <w:wAfter w:w="50" w:type="dxa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50A62C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6437B114" w14:textId="77777777" w:rsidR="00F0137D" w:rsidRDefault="003B34DB">
            <w:r>
              <w:rPr>
                <w:b/>
                <w:color w:val="FFFFFF"/>
                <w:sz w:val="27"/>
              </w:rPr>
              <w:t>MIÉRCOLES</w:t>
            </w:r>
          </w:p>
        </w:tc>
        <w:tc>
          <w:tcPr>
            <w:tcW w:w="7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0A62C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47913E02" w14:textId="07F96295" w:rsidR="00F0137D" w:rsidRDefault="0080431B">
            <w:pPr>
              <w:jc w:val="right"/>
            </w:pPr>
            <w:r>
              <w:rPr>
                <w:b/>
                <w:color w:val="FFFFFF"/>
                <w:sz w:val="21"/>
              </w:rPr>
              <w:t>2</w:t>
            </w:r>
            <w:r w:rsidR="004E0E1C">
              <w:rPr>
                <w:b/>
                <w:color w:val="FFFFFF"/>
                <w:sz w:val="21"/>
              </w:rPr>
              <w:t>5</w:t>
            </w:r>
            <w:r w:rsidR="003B34DB">
              <w:rPr>
                <w:b/>
                <w:color w:val="FFFFFF"/>
                <w:sz w:val="21"/>
              </w:rPr>
              <w:t xml:space="preserve"> DE NOVIEMBRE</w:t>
            </w:r>
          </w:p>
        </w:tc>
      </w:tr>
      <w:tr w:rsidR="00F0137D" w:rsidRPr="00547CDC" w14:paraId="0F75A674" w14:textId="77777777" w:rsidTr="00724380">
        <w:trPr>
          <w:jc w:val="center"/>
        </w:trPr>
        <w:tc>
          <w:tcPr>
            <w:tcW w:w="7029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05A33" w14:textId="38F7FBCF" w:rsidR="00F0137D" w:rsidRPr="00547CDC" w:rsidRDefault="003B34DB">
            <w:pPr>
              <w:rPr>
                <w:color w:val="auto"/>
                <w:lang w:val="es-ES"/>
              </w:rPr>
            </w:pPr>
            <w:r w:rsidRPr="00547CDC">
              <w:rPr>
                <w:b/>
                <w:color w:val="auto"/>
                <w:sz w:val="16"/>
                <w:lang w:val="es-ES"/>
              </w:rPr>
              <w:t>LUGAR</w:t>
            </w:r>
            <w:r w:rsidR="00547CDC">
              <w:rPr>
                <w:b/>
                <w:color w:val="auto"/>
                <w:sz w:val="16"/>
                <w:lang w:val="es-ES"/>
              </w:rPr>
              <w:t xml:space="preserve">: </w:t>
            </w:r>
            <w:r w:rsidRPr="00547CDC">
              <w:rPr>
                <w:color w:val="auto"/>
                <w:sz w:val="18"/>
                <w:lang w:val="es-ES"/>
              </w:rPr>
              <w:t>Escuela Politécnica de Ingeniería de Gijón</w:t>
            </w:r>
            <w:r w:rsidR="00555EFB" w:rsidRPr="00547CDC">
              <w:rPr>
                <w:color w:val="auto"/>
                <w:sz w:val="18"/>
                <w:lang w:val="es-ES"/>
              </w:rPr>
              <w:t>. Edificio</w:t>
            </w:r>
            <w:r w:rsidR="006E6ED0" w:rsidRPr="00547CDC">
              <w:rPr>
                <w:color w:val="auto"/>
                <w:sz w:val="18"/>
                <w:lang w:val="es-ES"/>
              </w:rPr>
              <w:t xml:space="preserve"> Polivalente, Aula Magna.</w:t>
            </w:r>
          </w:p>
        </w:tc>
        <w:tc>
          <w:tcPr>
            <w:tcW w:w="2942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102CF" w14:textId="30EFF5D8" w:rsidR="00F0137D" w:rsidRPr="00547CDC" w:rsidRDefault="003B34DB">
            <w:pPr>
              <w:jc w:val="right"/>
              <w:rPr>
                <w:color w:val="auto"/>
              </w:rPr>
            </w:pPr>
            <w:r w:rsidRPr="00547CDC">
              <w:rPr>
                <w:b/>
                <w:color w:val="auto"/>
                <w:sz w:val="16"/>
              </w:rPr>
              <w:t>HORARIO</w:t>
            </w:r>
            <w:r w:rsidR="005C686B" w:rsidRPr="00547CDC">
              <w:rPr>
                <w:b/>
                <w:color w:val="auto"/>
                <w:sz w:val="16"/>
              </w:rPr>
              <w:t xml:space="preserve">: </w:t>
            </w:r>
            <w:r w:rsidRPr="00547CDC">
              <w:rPr>
                <w:b/>
                <w:color w:val="auto"/>
                <w:sz w:val="18"/>
              </w:rPr>
              <w:t>11:00-13:00 h</w:t>
            </w:r>
          </w:p>
        </w:tc>
      </w:tr>
    </w:tbl>
    <w:p w14:paraId="2F7F6F28" w14:textId="77777777" w:rsidR="00F0137D" w:rsidRDefault="003B34DB">
      <w:pPr>
        <w:spacing w:after="0" w:line="80" w:lineRule="exact"/>
      </w:pPr>
      <w:r>
        <w:rPr>
          <w:sz w:val="2"/>
        </w:rPr>
        <w:t xml:space="preserve"> </w:t>
      </w:r>
    </w:p>
    <w:p w14:paraId="6CA31D17" w14:textId="2C115C54" w:rsidR="00F0137D" w:rsidRPr="00321693" w:rsidRDefault="004E240D" w:rsidP="004D6017">
      <w:pPr>
        <w:spacing w:after="0" w:line="240" w:lineRule="auto"/>
        <w:rPr>
          <w:lang w:val="es-ES"/>
        </w:rPr>
      </w:pPr>
      <w:r>
        <w:rPr>
          <w:b/>
          <w:sz w:val="30"/>
          <w:lang w:val="es-ES"/>
        </w:rPr>
        <w:t>Jornada técnica para el f</w:t>
      </w:r>
      <w:r w:rsidR="003B34DB" w:rsidRPr="00321693">
        <w:rPr>
          <w:b/>
          <w:sz w:val="30"/>
          <w:lang w:val="es-ES"/>
        </w:rPr>
        <w:t xml:space="preserve">omento del uso de áridos reciclados en el sector de la construcción y la </w:t>
      </w:r>
      <w:r>
        <w:rPr>
          <w:b/>
          <w:sz w:val="30"/>
          <w:lang w:val="es-ES"/>
        </w:rPr>
        <w:t>a</w:t>
      </w:r>
      <w:r w:rsidR="003B34DB" w:rsidRPr="00321693">
        <w:rPr>
          <w:b/>
          <w:sz w:val="30"/>
          <w:lang w:val="es-ES"/>
        </w:rPr>
        <w:t xml:space="preserve">dministración </w:t>
      </w:r>
      <w:r>
        <w:rPr>
          <w:b/>
          <w:sz w:val="30"/>
          <w:lang w:val="es-ES"/>
        </w:rPr>
        <w:t>p</w:t>
      </w:r>
      <w:r w:rsidR="003B34DB" w:rsidRPr="00321693">
        <w:rPr>
          <w:b/>
          <w:sz w:val="30"/>
          <w:lang w:val="es-ES"/>
        </w:rPr>
        <w:t>ública</w:t>
      </w:r>
    </w:p>
    <w:tbl>
      <w:tblPr>
        <w:tblStyle w:val="TableNormal"/>
        <w:tblW w:w="10113" w:type="dxa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648"/>
        <w:gridCol w:w="2892"/>
        <w:gridCol w:w="50"/>
        <w:gridCol w:w="92"/>
        <w:gridCol w:w="50"/>
      </w:tblGrid>
      <w:tr w:rsidR="004E240D" w14:paraId="60528E3E" w14:textId="77777777" w:rsidTr="00DD2315">
        <w:trPr>
          <w:jc w:val="center"/>
        </w:trPr>
        <w:tc>
          <w:tcPr>
            <w:tcW w:w="10113" w:type="dxa"/>
            <w:gridSpan w:val="6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37EAC3AA" w14:textId="77777777" w:rsidR="004E240D" w:rsidRPr="00321693" w:rsidRDefault="004E240D" w:rsidP="00A05311">
            <w:pPr>
              <w:pStyle w:val="SessionTitle"/>
              <w:rPr>
                <w:lang w:val="es-ES"/>
              </w:rPr>
            </w:pPr>
            <w:r w:rsidRPr="00321693">
              <w:rPr>
                <w:lang w:val="es-ES"/>
              </w:rPr>
              <w:t>Apertura de la jornada</w:t>
            </w:r>
          </w:p>
          <w:p w14:paraId="4461359D" w14:textId="77777777" w:rsidR="004E240D" w:rsidRDefault="004E240D" w:rsidP="00A05311">
            <w:pPr>
              <w:spacing w:after="0" w:line="254" w:lineRule="auto"/>
            </w:pPr>
            <w:r w:rsidRPr="00321693">
              <w:rPr>
                <w:sz w:val="19"/>
                <w:lang w:val="es-ES"/>
              </w:rPr>
              <w:t xml:space="preserve">Presentación a cargo de la vicerrectora de la Universidad de Oviedo, Dña. </w:t>
            </w:r>
            <w:r>
              <w:rPr>
                <w:sz w:val="19"/>
              </w:rPr>
              <w:t xml:space="preserve">Inés </w:t>
            </w:r>
            <w:proofErr w:type="spellStart"/>
            <w:r>
              <w:rPr>
                <w:sz w:val="19"/>
              </w:rPr>
              <w:t>Peñuelas</w:t>
            </w:r>
            <w:proofErr w:type="spellEnd"/>
            <w:r>
              <w:rPr>
                <w:sz w:val="19"/>
              </w:rPr>
              <w:t xml:space="preserve"> Sánchez.</w:t>
            </w:r>
          </w:p>
        </w:tc>
      </w:tr>
      <w:tr w:rsidR="004E240D" w:rsidRPr="002A7FE9" w14:paraId="664F2BE5" w14:textId="77777777" w:rsidTr="00DD2315">
        <w:trPr>
          <w:jc w:val="center"/>
        </w:trPr>
        <w:tc>
          <w:tcPr>
            <w:tcW w:w="10113" w:type="dxa"/>
            <w:gridSpan w:val="6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4247A665" w14:textId="35DDAD96" w:rsidR="004E240D" w:rsidRPr="00321693" w:rsidRDefault="005C686B" w:rsidP="00A05311">
            <w:pPr>
              <w:pStyle w:val="SessionTitle"/>
              <w:rPr>
                <w:lang w:val="es-ES"/>
              </w:rPr>
            </w:pPr>
            <w:proofErr w:type="spellStart"/>
            <w:proofErr w:type="gramStart"/>
            <w:r>
              <w:rPr>
                <w:lang w:val="es-ES"/>
              </w:rPr>
              <w:t>Conferencia:</w:t>
            </w:r>
            <w:r w:rsidR="004E240D" w:rsidRPr="00321693">
              <w:rPr>
                <w:lang w:val="es-ES"/>
              </w:rPr>
              <w:t>«</w:t>
            </w:r>
            <w:proofErr w:type="gramEnd"/>
            <w:r w:rsidR="004E240D" w:rsidRPr="00321693">
              <w:rPr>
                <w:lang w:val="es-ES"/>
              </w:rPr>
              <w:t>Reglamentación</w:t>
            </w:r>
            <w:proofErr w:type="spellEnd"/>
            <w:r w:rsidR="004E240D" w:rsidRPr="00321693">
              <w:rPr>
                <w:lang w:val="es-ES"/>
              </w:rPr>
              <w:t xml:space="preserve"> nacional y europea para el fomento del uso de áridos reciclados en construcción»</w:t>
            </w:r>
          </w:p>
          <w:p w14:paraId="51C74FD9" w14:textId="77777777" w:rsidR="004E240D" w:rsidRPr="00321693" w:rsidRDefault="004E240D" w:rsidP="00A05311">
            <w:pPr>
              <w:spacing w:after="0" w:line="254" w:lineRule="auto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Conferencia impartida por Dña. Marta Sánchez de Juan, Dra. ingeniera de Caminos y coordinadora del Área General de Normativa y Reglamentación Técnica del Ministerio de Transportes y Movilidad Sostenible.</w:t>
            </w:r>
          </w:p>
        </w:tc>
      </w:tr>
      <w:tr w:rsidR="004E240D" w:rsidRPr="002A7FE9" w14:paraId="32646345" w14:textId="77777777" w:rsidTr="00DD2315">
        <w:trPr>
          <w:jc w:val="center"/>
        </w:trPr>
        <w:tc>
          <w:tcPr>
            <w:tcW w:w="10113" w:type="dxa"/>
            <w:gridSpan w:val="6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598E2EA7" w14:textId="77777777" w:rsidR="004E240D" w:rsidRPr="00321693" w:rsidRDefault="004E240D" w:rsidP="00A05311">
            <w:pPr>
              <w:pStyle w:val="SessionTitle"/>
              <w:rPr>
                <w:lang w:val="es-ES"/>
              </w:rPr>
            </w:pPr>
            <w:r w:rsidRPr="00321693">
              <w:rPr>
                <w:lang w:val="es-ES"/>
              </w:rPr>
              <w:t>Mesa redonda</w:t>
            </w:r>
          </w:p>
          <w:p w14:paraId="3EA09AEE" w14:textId="77777777" w:rsidR="004E240D" w:rsidRPr="00321693" w:rsidRDefault="004E240D" w:rsidP="00A05311">
            <w:pPr>
              <w:spacing w:after="0" w:line="254" w:lineRule="auto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Con la intervención de representantes de la Administración regional, de administraciones locales, del ámbito empresarial y del ámbito universitario.</w:t>
            </w:r>
          </w:p>
        </w:tc>
      </w:tr>
      <w:tr w:rsidR="00F0137D" w:rsidRPr="002A7FE9" w14:paraId="6CA2381A" w14:textId="77777777" w:rsidTr="00DD2315">
        <w:trPr>
          <w:gridAfter w:val="1"/>
          <w:wAfter w:w="50" w:type="dxa"/>
          <w:jc w:val="center"/>
        </w:trPr>
        <w:tc>
          <w:tcPr>
            <w:tcW w:w="10063" w:type="dxa"/>
            <w:gridSpan w:val="5"/>
            <w:tcBorders>
              <w:top w:val="nil"/>
              <w:left w:val="single" w:sz="26" w:space="0" w:color="50A62C"/>
              <w:bottom w:val="nil"/>
              <w:right w:val="nil"/>
            </w:tcBorders>
            <w:shd w:val="clear" w:color="auto" w:fill="F3F8F0"/>
            <w:tcMar>
              <w:top w:w="90" w:type="dxa"/>
              <w:left w:w="170" w:type="dxa"/>
              <w:bottom w:w="90" w:type="dxa"/>
              <w:right w:w="130" w:type="dxa"/>
            </w:tcMar>
            <w:vAlign w:val="center"/>
          </w:tcPr>
          <w:p w14:paraId="50411A7E" w14:textId="77777777" w:rsidR="00F0137D" w:rsidRPr="00321693" w:rsidRDefault="003B34DB" w:rsidP="00A05311">
            <w:pPr>
              <w:spacing w:after="0"/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lastRenderedPageBreak/>
              <w:t>Al finalizar el acto se ofrecerá un vino español a los asistentes.</w:t>
            </w:r>
          </w:p>
        </w:tc>
      </w:tr>
      <w:tr w:rsidR="00F0137D" w14:paraId="4E76DF39" w14:textId="77777777" w:rsidTr="00DD2315">
        <w:trPr>
          <w:gridAfter w:val="3"/>
          <w:wAfter w:w="192" w:type="dxa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2F5DA8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053AB2BD" w14:textId="77777777" w:rsidR="00F0137D" w:rsidRDefault="003B34DB">
            <w:r>
              <w:rPr>
                <w:b/>
                <w:color w:val="FFFFFF"/>
                <w:sz w:val="27"/>
              </w:rPr>
              <w:t>JUEVES</w:t>
            </w:r>
          </w:p>
        </w:tc>
        <w:tc>
          <w:tcPr>
            <w:tcW w:w="7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F5DA8"/>
            <w:tcMar>
              <w:top w:w="145" w:type="dxa"/>
              <w:left w:w="170" w:type="dxa"/>
              <w:bottom w:w="145" w:type="dxa"/>
              <w:right w:w="170" w:type="dxa"/>
            </w:tcMar>
            <w:vAlign w:val="center"/>
          </w:tcPr>
          <w:p w14:paraId="37E7B0D0" w14:textId="6561F2FF" w:rsidR="00F0137D" w:rsidRDefault="006E2A0F">
            <w:pPr>
              <w:jc w:val="right"/>
            </w:pPr>
            <w:r>
              <w:rPr>
                <w:b/>
                <w:color w:val="FFFFFF"/>
                <w:sz w:val="21"/>
              </w:rPr>
              <w:t>26</w:t>
            </w:r>
            <w:r w:rsidR="003B34DB">
              <w:rPr>
                <w:b/>
                <w:color w:val="FFFFFF"/>
                <w:sz w:val="21"/>
              </w:rPr>
              <w:t xml:space="preserve"> DE NOVIEMBRE</w:t>
            </w:r>
          </w:p>
        </w:tc>
      </w:tr>
      <w:tr w:rsidR="00F0137D" w:rsidRPr="00547CDC" w14:paraId="15E0C299" w14:textId="77777777" w:rsidTr="00DD2315">
        <w:trPr>
          <w:gridAfter w:val="2"/>
          <w:wAfter w:w="142" w:type="dxa"/>
          <w:jc w:val="center"/>
        </w:trPr>
        <w:tc>
          <w:tcPr>
            <w:tcW w:w="7029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E685F" w14:textId="65AB3741" w:rsidR="00F0137D" w:rsidRPr="00547CDC" w:rsidRDefault="003B34DB">
            <w:pPr>
              <w:rPr>
                <w:color w:val="auto"/>
                <w:lang w:val="es-ES"/>
              </w:rPr>
            </w:pPr>
            <w:r w:rsidRPr="00547CDC">
              <w:rPr>
                <w:b/>
                <w:color w:val="auto"/>
                <w:sz w:val="16"/>
                <w:lang w:val="es-ES"/>
              </w:rPr>
              <w:t>LUGAR</w:t>
            </w:r>
            <w:r w:rsidR="00547CDC" w:rsidRPr="00547CDC">
              <w:rPr>
                <w:b/>
                <w:color w:val="auto"/>
                <w:sz w:val="16"/>
                <w:lang w:val="es-ES"/>
              </w:rPr>
              <w:t xml:space="preserve">: </w:t>
            </w:r>
            <w:r w:rsidRPr="00547CDC">
              <w:rPr>
                <w:color w:val="auto"/>
                <w:sz w:val="18"/>
                <w:lang w:val="es-ES"/>
              </w:rPr>
              <w:t>Escuela Politécnica de Mieres</w:t>
            </w:r>
            <w:r w:rsidR="00547CDC" w:rsidRPr="00547CDC">
              <w:rPr>
                <w:color w:val="auto"/>
                <w:sz w:val="18"/>
                <w:lang w:val="es-ES"/>
              </w:rPr>
              <w:t>. Edificio de Investigación</w:t>
            </w:r>
            <w:r w:rsidR="00895F64">
              <w:rPr>
                <w:color w:val="auto"/>
                <w:sz w:val="18"/>
                <w:lang w:val="es-ES"/>
              </w:rPr>
              <w:t>,</w:t>
            </w:r>
            <w:r w:rsidR="00547CDC" w:rsidRPr="00547CDC">
              <w:rPr>
                <w:color w:val="auto"/>
                <w:sz w:val="18"/>
                <w:lang w:val="es-ES"/>
              </w:rPr>
              <w:t xml:space="preserve"> Salón de Actos</w:t>
            </w:r>
          </w:p>
        </w:tc>
        <w:tc>
          <w:tcPr>
            <w:tcW w:w="2942" w:type="dxa"/>
            <w:gridSpan w:val="2"/>
            <w:tcBorders>
              <w:top w:val="single" w:sz="4" w:space="0" w:color="D7E1E3"/>
              <w:left w:val="nil"/>
              <w:bottom w:val="single" w:sz="4" w:space="0" w:color="D7E1E3"/>
              <w:right w:val="nil"/>
            </w:tcBorders>
            <w:shd w:val="clear" w:color="auto" w:fill="F1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D6D61B" w14:textId="4AC32C5E" w:rsidR="00F0137D" w:rsidRPr="00547CDC" w:rsidRDefault="003B34DB">
            <w:pPr>
              <w:jc w:val="right"/>
              <w:rPr>
                <w:color w:val="auto"/>
              </w:rPr>
            </w:pPr>
            <w:r w:rsidRPr="00547CDC">
              <w:rPr>
                <w:b/>
                <w:color w:val="auto"/>
                <w:sz w:val="16"/>
              </w:rPr>
              <w:t>HORARIO</w:t>
            </w:r>
            <w:r w:rsidR="00BD0BFC" w:rsidRPr="00547CDC">
              <w:rPr>
                <w:b/>
                <w:color w:val="auto"/>
                <w:sz w:val="16"/>
              </w:rPr>
              <w:t>:</w:t>
            </w:r>
            <w:r w:rsidRPr="00547CDC">
              <w:rPr>
                <w:b/>
                <w:color w:val="auto"/>
                <w:sz w:val="16"/>
              </w:rPr>
              <w:t xml:space="preserve"> </w:t>
            </w:r>
            <w:r w:rsidRPr="00547CDC">
              <w:rPr>
                <w:b/>
                <w:color w:val="auto"/>
                <w:sz w:val="18"/>
              </w:rPr>
              <w:t>1</w:t>
            </w:r>
            <w:r w:rsidR="002A7FE9">
              <w:rPr>
                <w:b/>
                <w:color w:val="auto"/>
                <w:sz w:val="18"/>
              </w:rPr>
              <w:t>1,3</w:t>
            </w:r>
            <w:r w:rsidRPr="00547CDC">
              <w:rPr>
                <w:b/>
                <w:color w:val="auto"/>
                <w:sz w:val="18"/>
              </w:rPr>
              <w:t>0</w:t>
            </w:r>
            <w:r w:rsidR="008F5CC4" w:rsidRPr="00547CDC">
              <w:rPr>
                <w:b/>
                <w:color w:val="auto"/>
                <w:sz w:val="18"/>
              </w:rPr>
              <w:t>- 13 h</w:t>
            </w:r>
          </w:p>
        </w:tc>
      </w:tr>
    </w:tbl>
    <w:p w14:paraId="6A961390" w14:textId="77777777" w:rsidR="00F0137D" w:rsidRDefault="003B34DB">
      <w:pPr>
        <w:spacing w:after="0" w:line="60" w:lineRule="exact"/>
      </w:pPr>
      <w:r>
        <w:rPr>
          <w:sz w:val="2"/>
        </w:rPr>
        <w:t xml:space="preserve"> </w:t>
      </w:r>
    </w:p>
    <w:tbl>
      <w:tblPr>
        <w:tblStyle w:val="TableNorma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  <w:gridCol w:w="50"/>
      </w:tblGrid>
      <w:tr w:rsidR="00895F64" w:rsidRPr="002A7FE9" w14:paraId="3F32B76D" w14:textId="77777777" w:rsidTr="00B40B40">
        <w:trPr>
          <w:jc w:val="center"/>
        </w:trPr>
        <w:tc>
          <w:tcPr>
            <w:tcW w:w="9971" w:type="dxa"/>
            <w:gridSpan w:val="2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6762B77D" w14:textId="6F6B8F2F" w:rsidR="00895F64" w:rsidRPr="00321693" w:rsidRDefault="00895F64" w:rsidP="00B40B40">
            <w:pPr>
              <w:pStyle w:val="SessionTitle"/>
              <w:rPr>
                <w:lang w:val="es-ES"/>
              </w:rPr>
            </w:pPr>
            <w:r w:rsidRPr="00321693">
              <w:rPr>
                <w:lang w:val="es-ES"/>
              </w:rPr>
              <w:t>Entrega de premios</w:t>
            </w:r>
          </w:p>
          <w:p w14:paraId="512623A8" w14:textId="77777777" w:rsidR="00895F64" w:rsidRPr="00321693" w:rsidRDefault="00895F64" w:rsidP="00B40B40">
            <w:pPr>
              <w:spacing w:after="0" w:line="254" w:lineRule="auto"/>
              <w:rPr>
                <w:lang w:val="es-ES"/>
              </w:rPr>
            </w:pPr>
            <w:r w:rsidRPr="00321693">
              <w:rPr>
                <w:sz w:val="19"/>
                <w:lang w:val="es-ES"/>
              </w:rPr>
              <w:t>Entrega de los premios correspondientes a los mejores TFG, TFM y tesis doctorales relacionados con la economía circular y/o la gestión sostenible de residuos.</w:t>
            </w:r>
          </w:p>
        </w:tc>
      </w:tr>
      <w:tr w:rsidR="00895F64" w:rsidRPr="002A7FE9" w14:paraId="7C7DB105" w14:textId="77777777" w:rsidTr="00B40B40">
        <w:trPr>
          <w:jc w:val="center"/>
        </w:trPr>
        <w:tc>
          <w:tcPr>
            <w:tcW w:w="9971" w:type="dxa"/>
            <w:gridSpan w:val="2"/>
            <w:tcBorders>
              <w:top w:val="nil"/>
              <w:left w:val="nil"/>
              <w:bottom w:val="single" w:sz="4" w:space="0" w:color="D7E1E3"/>
              <w:right w:val="nil"/>
            </w:tcBorders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33BDF55B" w14:textId="77777777" w:rsidR="00895F64" w:rsidRPr="00BD0BFC" w:rsidRDefault="00895F64" w:rsidP="00B40B40">
            <w:pPr>
              <w:spacing w:after="0"/>
              <w:rPr>
                <w:lang w:val="es-ES"/>
              </w:rPr>
            </w:pPr>
            <w:r w:rsidRPr="00BD0BFC">
              <w:rPr>
                <w:b/>
                <w:color w:val="2F5DA8"/>
                <w:sz w:val="22"/>
                <w:lang w:val="es-ES"/>
              </w:rPr>
              <w:t>A continuación</w:t>
            </w:r>
          </w:p>
          <w:p w14:paraId="6392B15D" w14:textId="50003A00" w:rsidR="00895F64" w:rsidRPr="00321693" w:rsidRDefault="00895F64" w:rsidP="00B40B40">
            <w:pPr>
              <w:pStyle w:val="SessionTitle"/>
              <w:rPr>
                <w:lang w:val="es-ES"/>
              </w:rPr>
            </w:pPr>
            <w:r w:rsidRPr="00321693">
              <w:rPr>
                <w:lang w:val="es-ES"/>
              </w:rPr>
              <w:t>Clausura institucional de la V Semana de la Circularidad</w:t>
            </w:r>
          </w:p>
          <w:p w14:paraId="0DAB3785" w14:textId="3A49A630" w:rsidR="00895F64" w:rsidRPr="008635E9" w:rsidRDefault="00895F64" w:rsidP="006F305D">
            <w:pPr>
              <w:spacing w:after="0" w:line="254" w:lineRule="auto"/>
              <w:jc w:val="both"/>
              <w:rPr>
                <w:sz w:val="19"/>
                <w:lang w:val="es-ES"/>
              </w:rPr>
            </w:pPr>
            <w:r w:rsidRPr="00321693">
              <w:rPr>
                <w:sz w:val="19"/>
                <w:lang w:val="es-ES"/>
              </w:rPr>
              <w:t>Acto de clausura institucional en el Salón de Actos del Edificio de Investigación.</w:t>
            </w:r>
            <w:r w:rsidR="00016513">
              <w:rPr>
                <w:sz w:val="19"/>
                <w:lang w:val="es-ES"/>
              </w:rPr>
              <w:t xml:space="preserve"> C</w:t>
            </w:r>
            <w:r w:rsidR="008635E9">
              <w:rPr>
                <w:sz w:val="19"/>
                <w:lang w:val="es-ES"/>
              </w:rPr>
              <w:t xml:space="preserve">on la participación de la </w:t>
            </w:r>
            <w:r w:rsidR="008635E9" w:rsidRPr="008635E9">
              <w:rPr>
                <w:sz w:val="19"/>
                <w:lang w:val="es-ES"/>
              </w:rPr>
              <w:t>Vicerrectora de Sostenibilidad y Digitalización de la</w:t>
            </w:r>
            <w:r w:rsidR="008635E9">
              <w:rPr>
                <w:sz w:val="19"/>
                <w:lang w:val="es-ES"/>
              </w:rPr>
              <w:t xml:space="preserve"> </w:t>
            </w:r>
            <w:r w:rsidR="008635E9" w:rsidRPr="008635E9">
              <w:rPr>
                <w:sz w:val="19"/>
                <w:lang w:val="es-ES"/>
              </w:rPr>
              <w:t>Universidad de Oviedo</w:t>
            </w:r>
            <w:r w:rsidR="008635E9">
              <w:rPr>
                <w:sz w:val="19"/>
                <w:lang w:val="es-ES"/>
              </w:rPr>
              <w:t xml:space="preserve">, </w:t>
            </w:r>
            <w:r w:rsidR="00101A88">
              <w:rPr>
                <w:sz w:val="19"/>
                <w:lang w:val="es-ES"/>
              </w:rPr>
              <w:t xml:space="preserve">el director de la Escuela Politécnica de Mieres, </w:t>
            </w:r>
            <w:r w:rsidR="008635E9">
              <w:rPr>
                <w:sz w:val="19"/>
                <w:lang w:val="es-ES"/>
              </w:rPr>
              <w:t xml:space="preserve">de </w:t>
            </w:r>
            <w:r w:rsidR="00430784">
              <w:rPr>
                <w:sz w:val="19"/>
                <w:lang w:val="es-ES"/>
              </w:rPr>
              <w:t xml:space="preserve">representantes de </w:t>
            </w:r>
            <w:r w:rsidR="008635E9">
              <w:rPr>
                <w:sz w:val="19"/>
                <w:lang w:val="es-ES"/>
              </w:rPr>
              <w:t xml:space="preserve">la Administración Regional, de la alcaldía de Mieres y </w:t>
            </w:r>
            <w:r w:rsidR="00A91ADB">
              <w:rPr>
                <w:sz w:val="19"/>
                <w:lang w:val="es-ES"/>
              </w:rPr>
              <w:t>de</w:t>
            </w:r>
            <w:r w:rsidR="008635E9">
              <w:rPr>
                <w:sz w:val="19"/>
                <w:lang w:val="es-ES"/>
              </w:rPr>
              <w:t xml:space="preserve"> </w:t>
            </w:r>
            <w:r w:rsidR="00A91ADB">
              <w:rPr>
                <w:sz w:val="19"/>
                <w:lang w:val="es-ES"/>
              </w:rPr>
              <w:t>COGERSA</w:t>
            </w:r>
            <w:r w:rsidR="008635E9" w:rsidRPr="008635E9">
              <w:rPr>
                <w:sz w:val="19"/>
                <w:lang w:val="es-ES"/>
              </w:rPr>
              <w:t>.</w:t>
            </w:r>
          </w:p>
        </w:tc>
      </w:tr>
      <w:tr w:rsidR="00895F64" w:rsidRPr="002A7FE9" w14:paraId="11EF35BE" w14:textId="77777777" w:rsidTr="00B40B40">
        <w:trPr>
          <w:gridAfter w:val="1"/>
          <w:wAfter w:w="50" w:type="dxa"/>
          <w:jc w:val="center"/>
        </w:trPr>
        <w:tc>
          <w:tcPr>
            <w:tcW w:w="9921" w:type="dxa"/>
            <w:tcBorders>
              <w:top w:val="nil"/>
              <w:left w:val="single" w:sz="26" w:space="0" w:color="50A62C"/>
              <w:bottom w:val="nil"/>
              <w:right w:val="nil"/>
            </w:tcBorders>
            <w:shd w:val="clear" w:color="auto" w:fill="F3F8F0"/>
            <w:tcMar>
              <w:top w:w="90" w:type="dxa"/>
              <w:left w:w="170" w:type="dxa"/>
              <w:bottom w:w="90" w:type="dxa"/>
              <w:right w:w="130" w:type="dxa"/>
            </w:tcMar>
            <w:vAlign w:val="center"/>
          </w:tcPr>
          <w:p w14:paraId="7CFD067F" w14:textId="77777777" w:rsidR="00895F64" w:rsidRPr="00321693" w:rsidRDefault="00895F64" w:rsidP="00B40B40">
            <w:pPr>
              <w:spacing w:after="0"/>
              <w:rPr>
                <w:lang w:val="es-ES"/>
              </w:rPr>
            </w:pPr>
            <w:r w:rsidRPr="00321693">
              <w:rPr>
                <w:b/>
                <w:sz w:val="18"/>
                <w:lang w:val="es-ES"/>
              </w:rPr>
              <w:t>Al finalizar el acto se ofrecerá un vino español a los asistentes.</w:t>
            </w:r>
          </w:p>
        </w:tc>
      </w:tr>
    </w:tbl>
    <w:p w14:paraId="20ED7A64" w14:textId="77777777" w:rsidR="00F0137D" w:rsidRPr="00321693" w:rsidRDefault="003B34DB">
      <w:pPr>
        <w:spacing w:after="0" w:line="180" w:lineRule="exact"/>
        <w:rPr>
          <w:lang w:val="es-ES"/>
        </w:rPr>
      </w:pPr>
      <w:r w:rsidRPr="00321693">
        <w:rPr>
          <w:sz w:val="2"/>
          <w:lang w:val="es-ES"/>
        </w:rPr>
        <w:t xml:space="preserve"> </w:t>
      </w:r>
    </w:p>
    <w:sectPr w:rsidR="00F0137D" w:rsidRPr="00321693" w:rsidSect="00034616">
      <w:headerReference w:type="default" r:id="rId11"/>
      <w:footerReference w:type="default" r:id="rId12"/>
      <w:pgSz w:w="11906" w:h="16838"/>
      <w:pgMar w:top="879" w:right="935" w:bottom="822" w:left="935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89712" w14:textId="77777777" w:rsidR="00B2252B" w:rsidRDefault="00B2252B">
      <w:pPr>
        <w:spacing w:after="0" w:line="240" w:lineRule="auto"/>
      </w:pPr>
      <w:r>
        <w:separator/>
      </w:r>
    </w:p>
  </w:endnote>
  <w:endnote w:type="continuationSeparator" w:id="0">
    <w:p w14:paraId="549BF274" w14:textId="77777777" w:rsidR="00B2252B" w:rsidRDefault="00B2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9E3B" w14:textId="77777777" w:rsidR="00740C75" w:rsidRDefault="00740C75">
    <w:pPr>
      <w:pStyle w:val="Piedepgina"/>
    </w:pPr>
  </w:p>
  <w:tbl>
    <w:tblPr>
      <w:tblStyle w:val="TableNormal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086"/>
      <w:gridCol w:w="2948"/>
    </w:tblGrid>
    <w:tr w:rsidR="00740C75" w14:paraId="59CFB524" w14:textId="77777777">
      <w:trPr>
        <w:jc w:val="center"/>
      </w:trPr>
      <w:tc>
        <w:tcPr>
          <w:tcW w:w="7086" w:type="dxa"/>
          <w:tcBorders>
            <w:top w:val="single" w:sz="6" w:space="0" w:color="D7E1E3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407528E2" w14:textId="77777777" w:rsidR="00740C75" w:rsidRPr="00986EEE" w:rsidRDefault="00740C75">
          <w:pPr>
            <w:rPr>
              <w:lang w:val="es-ES"/>
            </w:rPr>
          </w:pPr>
          <w:r w:rsidRPr="00986EEE">
            <w:rPr>
              <w:color w:val="5D6A72"/>
              <w:sz w:val="16"/>
              <w:lang w:val="es-ES"/>
            </w:rPr>
            <w:t>Cátedra COGERSA de Economía Circular · Universidad de Oviedo</w:t>
          </w:r>
        </w:p>
      </w:tc>
      <w:tc>
        <w:tcPr>
          <w:tcW w:w="2948" w:type="dxa"/>
          <w:tcBorders>
            <w:top w:val="single" w:sz="6" w:space="0" w:color="D7E1E3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69AE2BB5" w14:textId="77777777" w:rsidR="00740C75" w:rsidRDefault="00740C75">
          <w:pPr>
            <w:jc w:val="right"/>
          </w:pPr>
          <w:r>
            <w:rPr>
              <w:color w:val="5D6A72"/>
              <w:sz w:val="16"/>
            </w:rPr>
            <w:t xml:space="preserve">Página </w:t>
          </w:r>
          <w:r>
            <w:rPr>
              <w:color w:val="5D6A72"/>
              <w:sz w:val="16"/>
            </w:rPr>
            <w:fldChar w:fldCharType="begin"/>
          </w:r>
          <w:r>
            <w:rPr>
              <w:color w:val="5D6A72"/>
              <w:sz w:val="16"/>
            </w:rPr>
            <w:instrText xml:space="preserve"> PAGE </w:instrText>
          </w:r>
          <w:r>
            <w:rPr>
              <w:color w:val="5D6A72"/>
              <w:sz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D573" w14:textId="77777777" w:rsidR="00740C75" w:rsidRDefault="00740C75">
    <w:pPr>
      <w:pStyle w:val="Piedepgina"/>
    </w:pPr>
  </w:p>
  <w:tbl>
    <w:tblPr>
      <w:tblStyle w:val="TableNormal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086"/>
      <w:gridCol w:w="2948"/>
    </w:tblGrid>
    <w:tr w:rsidR="00740C75" w14:paraId="60ED77E3" w14:textId="77777777">
      <w:trPr>
        <w:jc w:val="center"/>
      </w:trPr>
      <w:tc>
        <w:tcPr>
          <w:tcW w:w="7086" w:type="dxa"/>
          <w:tcBorders>
            <w:top w:val="single" w:sz="6" w:space="0" w:color="D7E1E3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37BA66E2" w14:textId="77777777" w:rsidR="00740C75" w:rsidRPr="00986EEE" w:rsidRDefault="00740C75">
          <w:pPr>
            <w:rPr>
              <w:lang w:val="es-ES"/>
            </w:rPr>
          </w:pPr>
          <w:r w:rsidRPr="00986EEE">
            <w:rPr>
              <w:color w:val="5D6A72"/>
              <w:sz w:val="16"/>
              <w:lang w:val="es-ES"/>
            </w:rPr>
            <w:t>Cátedra COGERSA de Economía Circular · Universidad de Oviedo</w:t>
          </w:r>
        </w:p>
      </w:tc>
      <w:tc>
        <w:tcPr>
          <w:tcW w:w="2948" w:type="dxa"/>
          <w:tcBorders>
            <w:top w:val="single" w:sz="6" w:space="0" w:color="D7E1E3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0509B83C" w14:textId="77777777" w:rsidR="00740C75" w:rsidRDefault="00740C75">
          <w:pPr>
            <w:jc w:val="right"/>
          </w:pPr>
          <w:r>
            <w:rPr>
              <w:color w:val="5D6A72"/>
              <w:sz w:val="16"/>
            </w:rPr>
            <w:t xml:space="preserve">Página </w:t>
          </w:r>
          <w:r>
            <w:rPr>
              <w:color w:val="5D6A72"/>
              <w:sz w:val="16"/>
            </w:rPr>
            <w:fldChar w:fldCharType="begin"/>
          </w:r>
          <w:r>
            <w:rPr>
              <w:color w:val="5D6A72"/>
              <w:sz w:val="16"/>
            </w:rPr>
            <w:instrText xml:space="preserve"> PAGE </w:instrText>
          </w:r>
          <w:r>
            <w:rPr>
              <w:color w:val="5D6A72"/>
              <w:sz w:val="16"/>
            </w:rPr>
            <w:fldChar w:fldCharType="separate"/>
          </w:r>
          <w:r>
            <w:rPr>
              <w:noProof/>
              <w:color w:val="5D6A72"/>
              <w:sz w:val="16"/>
            </w:rPr>
            <w:t>2</w:t>
          </w:r>
          <w:r>
            <w:rPr>
              <w:color w:val="5D6A72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17B24" w14:textId="77777777" w:rsidR="00B2252B" w:rsidRDefault="00B2252B">
      <w:pPr>
        <w:spacing w:after="0" w:line="240" w:lineRule="auto"/>
      </w:pPr>
      <w:r>
        <w:separator/>
      </w:r>
    </w:p>
  </w:footnote>
  <w:footnote w:type="continuationSeparator" w:id="0">
    <w:p w14:paraId="5690F66B" w14:textId="77777777" w:rsidR="00B2252B" w:rsidRDefault="00B22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D4C72" w14:textId="77777777" w:rsidR="00740C75" w:rsidRDefault="00740C75">
    <w:pPr>
      <w:pStyle w:val="Encabezado"/>
    </w:pPr>
  </w:p>
  <w:tbl>
    <w:tblPr>
      <w:tblStyle w:val="TableNormal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57"/>
      <w:gridCol w:w="8277"/>
    </w:tblGrid>
    <w:tr w:rsidR="00740C75" w:rsidRPr="002A7FE9" w14:paraId="4AF9AB8C" w14:textId="77777777">
      <w:trPr>
        <w:jc w:val="center"/>
      </w:trPr>
      <w:tc>
        <w:tcPr>
          <w:tcW w:w="175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0A3A8A22" w14:textId="77777777" w:rsidR="00740C75" w:rsidRDefault="00740C75">
          <w:r>
            <w:rPr>
              <w:noProof/>
            </w:rPr>
            <w:drawing>
              <wp:inline distT="0" distB="0" distL="0" distR="0" wp14:anchorId="28180C34" wp14:editId="3D98EAED">
                <wp:extent cx="684000" cy="772258"/>
                <wp:effectExtent l="0" t="0" r="0" b="0"/>
                <wp:docPr id="701743847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9E2B0D-FAA2-45E7-A4C2-E9D9D7D7D6C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0" cy="7722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02D1F03B" w14:textId="77777777" w:rsidR="00740C75" w:rsidRPr="00986EEE" w:rsidRDefault="00740C75">
          <w:pPr>
            <w:jc w:val="right"/>
            <w:rPr>
              <w:lang w:val="es-ES"/>
            </w:rPr>
          </w:pPr>
          <w:r w:rsidRPr="00986EEE">
            <w:rPr>
              <w:b/>
              <w:color w:val="2F5DA8"/>
              <w:sz w:val="18"/>
              <w:lang w:val="es-ES"/>
            </w:rPr>
            <w:t>V SEMANA DE LA CIRCULARIDAD</w:t>
          </w:r>
          <w:r w:rsidRPr="00986EEE">
            <w:rPr>
              <w:color w:val="5D6A72"/>
              <w:sz w:val="16"/>
              <w:lang w:val="es-ES"/>
            </w:rPr>
            <w:br/>
            <w:t>16-20 de noviembre de 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2C90" w14:textId="77777777" w:rsidR="00740C75" w:rsidRDefault="00740C75">
    <w:pPr>
      <w:pStyle w:val="Encabezado"/>
    </w:pPr>
  </w:p>
  <w:tbl>
    <w:tblPr>
      <w:tblStyle w:val="TableNormal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57"/>
      <w:gridCol w:w="8277"/>
    </w:tblGrid>
    <w:tr w:rsidR="00740C75" w:rsidRPr="002A7FE9" w14:paraId="061D6D15" w14:textId="77777777">
      <w:trPr>
        <w:jc w:val="center"/>
      </w:trPr>
      <w:tc>
        <w:tcPr>
          <w:tcW w:w="175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44D53D3" w14:textId="77777777" w:rsidR="00740C75" w:rsidRDefault="00740C75">
          <w:r>
            <w:rPr>
              <w:noProof/>
            </w:rPr>
            <w:drawing>
              <wp:inline distT="0" distB="0" distL="0" distR="0" wp14:anchorId="2E795D3E" wp14:editId="00FAD085">
                <wp:extent cx="684000" cy="772258"/>
                <wp:effectExtent l="0" t="0" r="0" b="0"/>
                <wp:docPr id="770708647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CEFFEC-CDEA-4158-9210-BE00165DEB1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0" cy="7722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5959260" w14:textId="4FAE8F97" w:rsidR="00740C75" w:rsidRPr="00986EEE" w:rsidRDefault="00740C75">
          <w:pPr>
            <w:jc w:val="right"/>
            <w:rPr>
              <w:lang w:val="es-ES"/>
            </w:rPr>
          </w:pPr>
          <w:r w:rsidRPr="00986EEE">
            <w:rPr>
              <w:b/>
              <w:color w:val="2F5DA8"/>
              <w:sz w:val="18"/>
              <w:lang w:val="es-ES"/>
            </w:rPr>
            <w:t>V SEMANA DE LA CIRCULARIDAD</w:t>
          </w:r>
          <w:r w:rsidRPr="00986EEE">
            <w:rPr>
              <w:color w:val="5D6A72"/>
              <w:sz w:val="16"/>
              <w:lang w:val="es-ES"/>
            </w:rPr>
            <w:br/>
          </w:r>
          <w:r w:rsidR="00FC5CFE">
            <w:rPr>
              <w:color w:val="5D6A72"/>
              <w:sz w:val="16"/>
              <w:lang w:val="es-ES"/>
            </w:rPr>
            <w:t>23</w:t>
          </w:r>
          <w:r w:rsidRPr="00986EEE">
            <w:rPr>
              <w:color w:val="5D6A72"/>
              <w:sz w:val="16"/>
              <w:lang w:val="es-ES"/>
            </w:rPr>
            <w:t>-2</w:t>
          </w:r>
          <w:r w:rsidR="00FC5CFE">
            <w:rPr>
              <w:color w:val="5D6A72"/>
              <w:sz w:val="16"/>
              <w:lang w:val="es-ES"/>
            </w:rPr>
            <w:t>6</w:t>
          </w:r>
          <w:r w:rsidRPr="00986EEE">
            <w:rPr>
              <w:color w:val="5D6A72"/>
              <w:sz w:val="16"/>
              <w:lang w:val="es-ES"/>
            </w:rPr>
            <w:t xml:space="preserve"> de noviembre de 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399947">
    <w:abstractNumId w:val="3"/>
  </w:num>
  <w:num w:numId="2" w16cid:durableId="1235626275">
    <w:abstractNumId w:val="5"/>
  </w:num>
  <w:num w:numId="3" w16cid:durableId="1371340969">
    <w:abstractNumId w:val="2"/>
  </w:num>
  <w:num w:numId="4" w16cid:durableId="1703507008">
    <w:abstractNumId w:val="7"/>
  </w:num>
  <w:num w:numId="5" w16cid:durableId="1787965188">
    <w:abstractNumId w:val="6"/>
  </w:num>
  <w:num w:numId="6" w16cid:durableId="220217109">
    <w:abstractNumId w:val="8"/>
  </w:num>
  <w:num w:numId="7" w16cid:durableId="281882646">
    <w:abstractNumId w:val="1"/>
  </w:num>
  <w:num w:numId="8" w16cid:durableId="59447504">
    <w:abstractNumId w:val="0"/>
  </w:num>
  <w:num w:numId="9" w16cid:durableId="973679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513"/>
    <w:rsid w:val="00034616"/>
    <w:rsid w:val="0006063C"/>
    <w:rsid w:val="00101A88"/>
    <w:rsid w:val="00126F5B"/>
    <w:rsid w:val="0015074B"/>
    <w:rsid w:val="0019429B"/>
    <w:rsid w:val="001D29DC"/>
    <w:rsid w:val="001F5AE7"/>
    <w:rsid w:val="002316ED"/>
    <w:rsid w:val="0028451A"/>
    <w:rsid w:val="002879C1"/>
    <w:rsid w:val="0029639D"/>
    <w:rsid w:val="002A7FE9"/>
    <w:rsid w:val="002C507D"/>
    <w:rsid w:val="002C7B47"/>
    <w:rsid w:val="002D35D3"/>
    <w:rsid w:val="002E06AD"/>
    <w:rsid w:val="00321693"/>
    <w:rsid w:val="00326F90"/>
    <w:rsid w:val="003515BC"/>
    <w:rsid w:val="00386DB0"/>
    <w:rsid w:val="003B34DB"/>
    <w:rsid w:val="003B5778"/>
    <w:rsid w:val="003B5DF5"/>
    <w:rsid w:val="003C72C3"/>
    <w:rsid w:val="00430784"/>
    <w:rsid w:val="00472923"/>
    <w:rsid w:val="004742DE"/>
    <w:rsid w:val="00487E8D"/>
    <w:rsid w:val="004D6017"/>
    <w:rsid w:val="004E0E1C"/>
    <w:rsid w:val="004E240D"/>
    <w:rsid w:val="005255A0"/>
    <w:rsid w:val="00547CDC"/>
    <w:rsid w:val="00555EFB"/>
    <w:rsid w:val="0056510E"/>
    <w:rsid w:val="005C495D"/>
    <w:rsid w:val="005C686B"/>
    <w:rsid w:val="006073A3"/>
    <w:rsid w:val="00615A1E"/>
    <w:rsid w:val="00693EDF"/>
    <w:rsid w:val="006B32C9"/>
    <w:rsid w:val="006D1A33"/>
    <w:rsid w:val="006E2A0F"/>
    <w:rsid w:val="006E6ED0"/>
    <w:rsid w:val="006F305D"/>
    <w:rsid w:val="00720D03"/>
    <w:rsid w:val="00724380"/>
    <w:rsid w:val="00727497"/>
    <w:rsid w:val="00740C75"/>
    <w:rsid w:val="00794B51"/>
    <w:rsid w:val="007C5B70"/>
    <w:rsid w:val="007E0AF5"/>
    <w:rsid w:val="007E7893"/>
    <w:rsid w:val="0080431B"/>
    <w:rsid w:val="00813E54"/>
    <w:rsid w:val="0085022B"/>
    <w:rsid w:val="008635E9"/>
    <w:rsid w:val="00882672"/>
    <w:rsid w:val="00895F64"/>
    <w:rsid w:val="008D0CFE"/>
    <w:rsid w:val="008F5CC4"/>
    <w:rsid w:val="00986EEE"/>
    <w:rsid w:val="009C1A0D"/>
    <w:rsid w:val="009F2857"/>
    <w:rsid w:val="009F5E3A"/>
    <w:rsid w:val="00A05311"/>
    <w:rsid w:val="00A91ADB"/>
    <w:rsid w:val="00AA1D8D"/>
    <w:rsid w:val="00AF1EE9"/>
    <w:rsid w:val="00B2252B"/>
    <w:rsid w:val="00B30C96"/>
    <w:rsid w:val="00B47730"/>
    <w:rsid w:val="00B55A7E"/>
    <w:rsid w:val="00BD0BFC"/>
    <w:rsid w:val="00BD23CE"/>
    <w:rsid w:val="00C11FD5"/>
    <w:rsid w:val="00C808BA"/>
    <w:rsid w:val="00CB0664"/>
    <w:rsid w:val="00CD2BEB"/>
    <w:rsid w:val="00D30EE8"/>
    <w:rsid w:val="00D41A5D"/>
    <w:rsid w:val="00D7216D"/>
    <w:rsid w:val="00DD2315"/>
    <w:rsid w:val="00E010E7"/>
    <w:rsid w:val="00F0137D"/>
    <w:rsid w:val="00F140A6"/>
    <w:rsid w:val="00F22DC9"/>
    <w:rsid w:val="00F71BE7"/>
    <w:rsid w:val="00F8788A"/>
    <w:rsid w:val="00FC1DBB"/>
    <w:rsid w:val="00FC5C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FB23D"/>
  <w14:defaultImageDpi w14:val="300"/>
  <w15:docId w15:val="{FEF29E89-5849-4C89-8A15-10046100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6343D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customStyle="1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Fuentedeprrafopredeter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gramTitle">
    <w:name w:val="Program Title"/>
    <w:pPr>
      <w:spacing w:after="140"/>
    </w:pPr>
    <w:rPr>
      <w:rFonts w:ascii="Arial" w:hAnsi="Arial"/>
      <w:b/>
      <w:color w:val="2F5DA8"/>
      <w:sz w:val="52"/>
    </w:rPr>
  </w:style>
  <w:style w:type="paragraph" w:customStyle="1" w:styleId="ProgramSubtitle">
    <w:name w:val="Program Subtitle"/>
    <w:pPr>
      <w:spacing w:after="0"/>
    </w:pPr>
    <w:rPr>
      <w:rFonts w:ascii="Arial" w:hAnsi="Arial"/>
      <w:b/>
      <w:color w:val="69C2C4"/>
      <w:sz w:val="27"/>
    </w:rPr>
  </w:style>
  <w:style w:type="paragraph" w:customStyle="1" w:styleId="DayHeading">
    <w:name w:val="Day Heading"/>
    <w:pPr>
      <w:spacing w:after="0"/>
    </w:pPr>
    <w:rPr>
      <w:rFonts w:ascii="Arial" w:hAnsi="Arial"/>
      <w:b/>
      <w:color w:val="FFFFFF"/>
      <w:sz w:val="36"/>
    </w:rPr>
  </w:style>
  <w:style w:type="paragraph" w:customStyle="1" w:styleId="SessionTitle">
    <w:name w:val="Session Title"/>
    <w:pPr>
      <w:spacing w:after="0"/>
    </w:pPr>
    <w:rPr>
      <w:rFonts w:ascii="Arial" w:hAnsi="Arial"/>
      <w:b/>
      <w:color w:val="26343D"/>
      <w:sz w:val="24"/>
    </w:rPr>
  </w:style>
  <w:style w:type="paragraph" w:customStyle="1" w:styleId="Meta">
    <w:name w:val="Meta"/>
    <w:pPr>
      <w:spacing w:after="0"/>
    </w:pPr>
    <w:rPr>
      <w:rFonts w:ascii="Arial" w:hAnsi="Arial"/>
      <w:color w:val="5D6A72"/>
      <w:sz w:val="18"/>
    </w:rPr>
  </w:style>
  <w:style w:type="paragraph" w:customStyle="1" w:styleId="SmallCaps">
    <w:name w:val="Small Caps"/>
    <w:pPr>
      <w:spacing w:after="0"/>
    </w:pPr>
    <w:rPr>
      <w:rFonts w:ascii="Arial" w:hAnsi="Arial"/>
      <w:b/>
      <w:color w:val="2F5DA8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ea74a3-92c5-4c31-978a-925c3c799cd0}" enabled="0" method="" siteId="{05ea74a3-92c5-4c31-978a-925c3c799c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585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Semana de la Circularidad (16-20 de noviembre de 2026) - Programa maquetado</dc:title>
  <dc:subject>Programa de actividades</dc:subject>
  <dc:creator>Usuario</dc:creator>
  <cp:keywords>economía circular, COGERSA, Universidad de Oviedo, programa, 2026</cp:keywords>
  <dc:description>generated by python-docx</dc:description>
  <cp:lastModifiedBy>Guillermo Guiter</cp:lastModifiedBy>
  <cp:revision>2</cp:revision>
  <cp:lastPrinted>2026-09-23T17:32:00Z</cp:lastPrinted>
  <dcterms:created xsi:type="dcterms:W3CDTF">2026-09-29T15:32:00Z</dcterms:created>
  <dcterms:modified xsi:type="dcterms:W3CDTF">2026-09-29T15:32:00Z</dcterms:modified>
  <cp:category/>
</cp:coreProperties>
</file>